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33203A"/>
          <w:sz w:val="34"/>
        </w:rPr>
        <w:t>klimpo</w:t>
      </w:r>
      <w:r>
        <w:rPr>
          <w:color w:val="7A6B80"/>
          <w:sz w:val="18"/>
        </w:rPr>
        <w:t xml:space="preserve">   Ausflug und Klassenfahrt</w:t>
      </w:r>
    </w:p>
    <w:p>
      <w:pPr>
        <w:spacing w:after="280"/>
      </w:pPr>
      <w:r>
        <w:rPr>
          <w:color w:val="C9A6D4"/>
          <w:sz w:val="16"/>
        </w:rPr>
        <w:t>──────────────────────────────────────────────────────────</w:t>
      </w:r>
    </w:p>
    <w:p>
      <w:pPr>
        <w:spacing w:before="280" w:after="80"/>
      </w:pPr>
      <w:r>
        <w:rPr>
          <w:b/>
          <w:color w:val="5C3566"/>
          <w:sz w:val="30"/>
        </w:rPr>
        <w:t>1. Elternbrief zur Klassenfahrt</w:t>
      </w:r>
    </w:p>
    <w:p>
      <w:pPr>
        <w:spacing w:after="280"/>
      </w:pPr>
      <w:r>
        <w:rPr>
          <w:i/>
          <w:color w:val="7A6B80"/>
          <w:sz w:val="18"/>
        </w:rPr>
        <w:t>Der erste Brief zur Fahrt. Er nennt Kosten und Fristen, bevor jemand zusagt.</w:t>
      </w:r>
    </w:p>
    <w:p>
      <w:r>
        <w:t xml:space="preserve">Liebe Eltern der Klasse </w:t>
      </w:r>
      <w:r>
        <w:rPr>
          <w:i/>
          <w:color w:val="9A8BA0"/>
        </w:rPr>
        <w:t>[Klasse]</w:t>
      </w:r>
      <w:r>
        <w:t>,</w:t>
      </w:r>
    </w:p>
    <w:p>
      <w:r>
        <w:t xml:space="preserve">unsere Klassenfahrt geht vom </w:t>
      </w:r>
      <w:r>
        <w:rPr>
          <w:i/>
          <w:color w:val="9A8BA0"/>
        </w:rPr>
        <w:t>[Datum]</w:t>
      </w:r>
      <w:r>
        <w:t xml:space="preserve"> bis zum </w:t>
      </w:r>
      <w:r>
        <w:rPr>
          <w:i/>
          <w:color w:val="9A8BA0"/>
        </w:rPr>
        <w:t>[Datum]</w:t>
      </w:r>
      <w:r>
        <w:t xml:space="preserve"> nach </w:t>
      </w:r>
      <w:r>
        <w:rPr>
          <w:i/>
          <w:color w:val="9A8BA0"/>
        </w:rPr>
        <w:t>[Ziel]</w:t>
      </w:r>
      <w:r>
        <w:t xml:space="preserve">. Untergebracht sind wir in </w:t>
      </w:r>
      <w:r>
        <w:rPr>
          <w:i/>
          <w:color w:val="9A8BA0"/>
        </w:rPr>
        <w:t>[Unterkunft]</w:t>
      </w:r>
      <w:r>
        <w:t xml:space="preserve">, begleitet wird die Fahrt von </w:t>
      </w:r>
      <w:r>
        <w:rPr>
          <w:i/>
          <w:color w:val="9A8BA0"/>
        </w:rPr>
        <w:t>[Namen]</w:t>
      </w:r>
      <w:r>
        <w:t>.</w:t>
      </w:r>
    </w:p>
    <w:p>
      <w:pPr>
        <w:spacing w:before="280" w:after="80"/>
      </w:pPr>
      <w:r>
        <w:rPr>
          <w:b/>
          <w:color w:val="5C3566"/>
          <w:sz w:val="24"/>
        </w:rPr>
        <w:t>Was sie kostet</w:t>
      </w:r>
    </w:p>
    <w:p>
      <w:r>
        <w:t xml:space="preserve">Der Gesamtbetrag je Kind ist </w:t>
      </w:r>
      <w:r>
        <w:rPr>
          <w:i/>
          <w:color w:val="9A8BA0"/>
        </w:rPr>
        <w:t>[Betrag]</w:t>
      </w:r>
      <w:r>
        <w:t xml:space="preserve"> Euro. Darin enthalten sind </w:t>
      </w:r>
      <w:r>
        <w:rPr>
          <w:i/>
          <w:color w:val="9A8BA0"/>
        </w:rPr>
        <w:t>[Fahrt, Unterkunft, Verpflegung, Programm]</w:t>
      </w:r>
      <w:r>
        <w:t>. Nicht enthalten ist Taschengeld.</w:t>
      </w:r>
    </w:p>
    <w:p>
      <w:r>
        <w:t xml:space="preserve">Zahlbar in </w:t>
      </w:r>
      <w:r>
        <w:rPr>
          <w:i/>
          <w:color w:val="9A8BA0"/>
        </w:rPr>
        <w:t>[zwei]</w:t>
      </w:r>
      <w:r>
        <w:t xml:space="preserve"> Raten: </w:t>
      </w:r>
      <w:r>
        <w:rPr>
          <w:i/>
          <w:color w:val="9A8BA0"/>
        </w:rPr>
        <w:t>[Betrag]</w:t>
      </w:r>
      <w:r>
        <w:t xml:space="preserve"> Euro bis zum </w:t>
      </w:r>
      <w:r>
        <w:rPr>
          <w:i/>
          <w:color w:val="9A8BA0"/>
        </w:rPr>
        <w:t>[Datum]</w:t>
      </w:r>
      <w:r>
        <w:t xml:space="preserve"> und </w:t>
      </w:r>
      <w:r>
        <w:rPr>
          <w:i/>
          <w:color w:val="9A8BA0"/>
        </w:rPr>
        <w:t>[Betrag]</w:t>
      </w:r>
      <w:r>
        <w:t xml:space="preserve"> Euro bis zum </w:t>
      </w:r>
      <w:r>
        <w:rPr>
          <w:i/>
          <w:color w:val="9A8BA0"/>
        </w:rPr>
        <w:t>[Datum]</w:t>
      </w:r>
      <w:r>
        <w:t xml:space="preserve"> auf das Konto </w:t>
      </w:r>
      <w:r>
        <w:rPr>
          <w:i/>
          <w:color w:val="9A8BA0"/>
        </w:rPr>
        <w:t>[IBAN]</w:t>
      </w:r>
      <w:r>
        <w:t xml:space="preserve">, Verwendungszweck </w:t>
      </w:r>
      <w:r>
        <w:rPr>
          <w:i/>
          <w:color w:val="9A8BA0"/>
        </w:rPr>
        <w:t>[Name des Kindes, Klassenfahrt]</w:t>
      </w:r>
      <w:r>
        <w:t>.</w:t>
      </w:r>
    </w:p>
    <w:p>
      <w:pPr>
        <w:spacing w:before="280" w:after="80"/>
      </w:pPr>
      <w:r>
        <w:rPr>
          <w:b/>
          <w:color w:val="5C3566"/>
          <w:sz w:val="24"/>
        </w:rPr>
        <w:t>Wenn es finanziell nicht reicht</w:t>
      </w:r>
    </w:p>
    <w:p>
      <w:r>
        <w:t>Die Kosten einer Klassenfahrt übernimmt das Bildungs- und Teilhabepaket vollständig, für Familien mit Grundsicherungsgeld, Wohngeld, Kinderzuschlag oder Sozialhilfe. Daneben gibt es Mittel des Fördervereins und die Möglichkeit, in kleineren Raten zu zahlen. Sprecht mich einfach an, das bleibt unter uns.</w:t>
      </w:r>
    </w:p>
    <w:p>
      <w:pPr>
        <w:spacing w:before="280" w:after="80"/>
      </w:pPr>
      <w:r>
        <w:rPr>
          <w:b/>
          <w:color w:val="5C3566"/>
          <w:sz w:val="24"/>
        </w:rPr>
        <w:t>Rücktritt und Stornokosten</w:t>
      </w:r>
    </w:p>
    <w:p>
      <w:r>
        <w:t xml:space="preserve">Bis zum </w:t>
      </w:r>
      <w:r>
        <w:rPr>
          <w:i/>
          <w:color w:val="9A8BA0"/>
        </w:rPr>
        <w:t>[Datum]</w:t>
      </w:r>
      <w:r>
        <w:t xml:space="preserve"> ist ein Rücktritt kostenfrei. Danach fallen Stornokosten an, gestaffelt nach Zeitpunkt, bis zu </w:t>
      </w:r>
      <w:r>
        <w:rPr>
          <w:i/>
          <w:color w:val="9A8BA0"/>
        </w:rPr>
        <w:t>[90]</w:t>
      </w:r>
      <w:r>
        <w:t xml:space="preserve"> Prozent des Reisepreises. Wer absagen muss, meldet sich bitte sofort: Oft lässt sich ein Ersatzteilnehmer benennen, dann entfallen die Kosten.</w:t>
      </w:r>
    </w:p>
    <w:p>
      <w:r>
        <w:t xml:space="preserve">Bitte gebt die Einverständniserklärung auf der nächsten Seite bis zum </w:t>
      </w:r>
      <w:r>
        <w:rPr>
          <w:i/>
          <w:color w:val="9A8BA0"/>
        </w:rPr>
        <w:t>[Datum]</w:t>
      </w:r>
      <w:r>
        <w:t xml:space="preserve"> zurück.</w:t>
      </w:r>
    </w:p>
    <w:p>
      <w:r>
        <w:t>Mit freundlichen Grüßen</w:t>
      </w:r>
    </w:p>
    <w:p>
      <w:r>
        <w:rPr>
          <w:i/>
          <w:color w:val="9A8BA0"/>
        </w:rPr>
        <w:t>[Name]</w:t>
      </w:r>
    </w:p>
    <w:p>
      <w:r>
        <w:br w:type="page"/>
      </w:r>
    </w:p>
    <w:p>
      <w:pPr>
        <w:spacing w:before="280" w:after="80"/>
      </w:pPr>
      <w:r>
        <w:rPr>
          <w:b/>
          <w:color w:val="5C3566"/>
          <w:sz w:val="30"/>
        </w:rPr>
        <w:t>2. Einverständniserklärung</w:t>
      </w:r>
    </w:p>
    <w:p>
      <w:r>
        <w:t xml:space="preserve">Ausflug oder Fahrt nach </w:t>
      </w:r>
      <w:r>
        <w:rPr>
          <w:i/>
          <w:color w:val="9A8BA0"/>
        </w:rPr>
        <w:t>[Ziel]</w:t>
      </w:r>
      <w:r>
        <w:t xml:space="preserve"> am </w:t>
      </w:r>
      <w:r>
        <w:rPr>
          <w:i/>
          <w:color w:val="9A8BA0"/>
        </w:rPr>
        <w:t>[Datum]</w:t>
      </w:r>
      <w:r>
        <w:t xml:space="preserve"> · Klasse </w:t>
      </w:r>
      <w:r>
        <w:rPr>
          <w:i/>
          <w:color w:val="9A8BA0"/>
        </w:rPr>
        <w:t>[Klasse]</w:t>
      </w:r>
    </w:p>
    <w:p>
      <w:r>
        <w:t>Name des Kindes: ______________________________________________</w:t>
      </w:r>
    </w:p>
    <w:p>
      <w:r>
        <w:t>Erziehungsberechtigte: _________________________________________</w:t>
      </w:r>
    </w:p>
    <w:p>
      <w:r>
        <w:t>Im Notfall erreichbar unter: ____________________________________</w:t>
      </w:r>
    </w:p>
    <w:p>
      <w:pPr>
        <w:spacing w:before="280" w:after="80"/>
      </w:pPr>
      <w:r>
        <w:rPr>
          <w:b/>
          <w:color w:val="5C3566"/>
          <w:sz w:val="24"/>
        </w:rPr>
        <w:t>Gesundheit</w:t>
      </w:r>
    </w:p>
    <w:p>
      <w:r>
        <w:t>☐  Es sind keine Besonderheiten zu beachten.</w:t>
      </w:r>
    </w:p>
    <w:p>
      <w:r>
        <w:t>☐  Folgendes ist zu beachten (Erkrankungen, Allergien, Unverträglichkeiten):</w:t>
      </w:r>
    </w:p>
    <w:p>
      <w:r>
        <w:t>_____________________________________________________________________</w:t>
      </w:r>
    </w:p>
    <w:p>
      <w:r>
        <w:t>☐  Mein Kind nimmt Medikamente. Präparat, Dosierung, Uhrzeit:</w:t>
      </w:r>
    </w:p>
    <w:p>
      <w:r>
        <w:t>_____________________________________________________________________</w:t>
      </w:r>
    </w:p>
    <w:p>
      <w:pPr>
        <w:spacing w:before="280" w:after="80"/>
      </w:pPr>
      <w:r>
        <w:rPr>
          <w:b/>
          <w:color w:val="5C3566"/>
          <w:sz w:val="24"/>
        </w:rPr>
        <w:t>Schwimmen</w:t>
      </w:r>
    </w:p>
    <w:p>
      <w:r>
        <w:t>☐  Mein Kind darf schwimmen und kann sicher schwimmen.</w:t>
      </w:r>
    </w:p>
    <w:p>
      <w:r>
        <w:t>☐  Mein Kind darf nicht schwimmen.</w:t>
      </w:r>
    </w:p>
    <w:p>
      <w:pPr>
        <w:spacing w:before="280" w:after="80"/>
      </w:pPr>
      <w:r>
        <w:rPr>
          <w:b/>
          <w:color w:val="5C3566"/>
          <w:sz w:val="24"/>
        </w:rPr>
        <w:t>Nach dem Ausflug</w:t>
      </w:r>
    </w:p>
    <w:p>
      <w:r>
        <w:rPr>
          <w:i/>
          <w:color w:val="7A6B80"/>
          <w:sz w:val="18"/>
        </w:rPr>
        <w:t>Ohne diese Angabe endet die Aufsicht erst an der Schule.</w:t>
      </w:r>
    </w:p>
    <w:p>
      <w:r>
        <w:t>☐  Mein Kind wird an der Schule abgeholt.</w:t>
      </w:r>
    </w:p>
    <w:p>
      <w:r>
        <w:t>☐  Mein Kind darf von der Schule aus allein nach Hause gehen.</w:t>
      </w:r>
    </w:p>
    <w:p>
      <w:r>
        <w:t>☐  Mein Kind darf direkt vom Ziel aus allein nach Hause gehen.</w:t>
      </w:r>
    </w:p>
    <w:p>
      <w:pPr>
        <w:spacing w:before="280" w:after="80"/>
      </w:pPr>
      <w:r>
        <w:rPr>
          <w:b/>
          <w:color w:val="5C3566"/>
          <w:sz w:val="24"/>
        </w:rPr>
        <w:t>Fotos</w:t>
      </w:r>
    </w:p>
    <w:p>
      <w:r>
        <w:t>☐  Fotos meines Kindes dürfen für Klassenraum und Klassenmappe verwendet werden.</w:t>
      </w:r>
    </w:p>
    <w:p>
      <w:r>
        <w:t>☐  Fotos meines Kindes dürfen nicht veröffentlicht werden.</w:t>
      </w:r>
    </w:p>
    <w:p>
      <w:pPr>
        <w:spacing w:before="400"/>
      </w:pPr>
      <w:r>
        <w:t>____________________________          ____________________________</w:t>
      </w:r>
    </w:p>
    <w:p>
      <w:r>
        <w:rPr>
          <w:color w:val="7A6B80"/>
          <w:sz w:val="16"/>
        </w:rPr>
        <w:t>Ort, Datum                                   Unterschrift der Erziehungsberechtigten</w:t>
      </w:r>
    </w:p>
    <w:p>
      <w:pPr>
        <w:spacing w:before="440"/>
      </w:pPr>
      <w:r>
        <w:rPr>
          <w:i/>
          <w:color w:val="9A8BA0"/>
          <w:sz w:val="16"/>
        </w:rPr>
        <w:t>Kostenlose Vorlage von klimpo.de · Weitergeben und verändern erlaubt, verkaufen nicht.</w:t>
      </w:r>
    </w:p>
    <w:sectPr w:rsidR="00FC693F" w:rsidRPr="0006063C" w:rsidSect="00034616">
      <w:pgSz w:w="12240" w:h="15840"/>
      <w:pgMar w:top="1247"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