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33203A"/>
          <w:sz w:val="34"/>
        </w:rPr>
        <w:t>klimpo</w:t>
      </w:r>
      <w:r>
        <w:rPr>
          <w:color w:val="7A6B80"/>
          <w:sz w:val="18"/>
        </w:rPr>
        <w:t xml:space="preserve">   Antrag auf Befreiung von einer Klassenfahrt</w:t>
      </w:r>
    </w:p>
    <w:p>
      <w:pPr>
        <w:spacing w:after="280"/>
      </w:pPr>
      <w:r>
        <w:rPr>
          <w:color w:val="C9A6D4"/>
          <w:sz w:val="16"/>
        </w:rPr>
        <w:t>──────────────────────────────────────────────────────────</w:t>
      </w:r>
    </w:p>
    <w:p>
      <w:r>
        <w:rPr>
          <w:b/>
          <w:color w:val="5C3566"/>
        </w:rPr>
        <w:t>Absender</w:t>
      </w:r>
    </w:p>
    <w:p>
      <w:r>
        <w:rPr>
          <w:i/>
          <w:color w:val="9A8BA0"/>
        </w:rPr>
        <w:t>[Vorname Name der Sorgeberechtigten]</w:t>
      </w:r>
      <w:r>
        <w:br/>
      </w:r>
      <w:r>
        <w:rPr>
          <w:i/>
          <w:color w:val="9A8BA0"/>
        </w:rPr>
        <w:t>[Straße und Hausnummer]</w:t>
      </w:r>
      <w:r>
        <w:br/>
      </w:r>
      <w:r>
        <w:rPr>
          <w:i/>
          <w:color w:val="9A8BA0"/>
        </w:rPr>
        <w:t>[PLZ Ort]</w:t>
      </w:r>
    </w:p>
    <w:p>
      <w:pPr>
        <w:spacing w:before="200"/>
      </w:pPr>
      <w:r>
        <w:rPr>
          <w:b/>
          <w:color w:val="5C3566"/>
        </w:rPr>
        <w:t>An</w:t>
      </w:r>
    </w:p>
    <w:p>
      <w:r>
        <w:rPr>
          <w:i/>
          <w:color w:val="9A8BA0"/>
        </w:rPr>
        <w:t>[Name der Schule]</w:t>
      </w:r>
      <w:r>
        <w:br/>
        <w:t>Schulleitung</w:t>
        <w:br/>
      </w:r>
      <w:r>
        <w:rPr>
          <w:i/>
          <w:color w:val="9A8BA0"/>
        </w:rPr>
        <w:t>[Straße und Hausnummer]</w:t>
      </w:r>
      <w:r>
        <w:br/>
      </w:r>
      <w:r>
        <w:rPr>
          <w:i/>
          <w:color w:val="9A8BA0"/>
        </w:rPr>
        <w:t>[PLZ Ort]</w:t>
      </w:r>
    </w:p>
    <w:p>
      <w:pPr>
        <w:spacing w:before="200"/>
      </w:pPr>
      <w:r>
        <w:rPr>
          <w:i/>
          <w:color w:val="9A8BA0"/>
        </w:rPr>
        <w:t>[Ort], [Datum]</w:t>
      </w:r>
    </w:p>
    <w:p>
      <w:pPr>
        <w:spacing w:before="280" w:after="80"/>
      </w:pPr>
      <w:r>
        <w:rPr>
          <w:b/>
          <w:color w:val="5C3566"/>
          <w:sz w:val="24"/>
        </w:rPr>
        <w:t>Antrag auf Befreiung von der Teilnahme an der Klassenfahrt</w:t>
      </w:r>
    </w:p>
    <w:p>
      <w:r>
        <w:t xml:space="preserve">Klasse </w:t>
      </w:r>
      <w:r>
        <w:rPr>
          <w:i/>
          <w:color w:val="9A8BA0"/>
        </w:rPr>
        <w:t>[Klasse]</w:t>
      </w:r>
      <w:r>
        <w:t xml:space="preserve"> · Fahrt nach </w:t>
      </w:r>
      <w:r>
        <w:rPr>
          <w:i/>
          <w:color w:val="9A8BA0"/>
        </w:rPr>
        <w:t>[Ziel]</w:t>
      </w:r>
      <w:r>
        <w:t xml:space="preserve"> vom </w:t>
      </w:r>
      <w:r>
        <w:rPr>
          <w:i/>
          <w:color w:val="9A8BA0"/>
        </w:rPr>
        <w:t>[Datum]</w:t>
      </w:r>
      <w:r>
        <w:t xml:space="preserve"> bis </w:t>
      </w:r>
      <w:r>
        <w:rPr>
          <w:i/>
          <w:color w:val="9A8BA0"/>
        </w:rPr>
        <w:t>[Datum]</w:t>
      </w:r>
    </w:p>
    <w:p/>
    <w:p>
      <w:r>
        <w:t xml:space="preserve">Sehr geehrte Frau </w:t>
      </w:r>
      <w:r>
        <w:rPr>
          <w:i/>
          <w:color w:val="9A8BA0"/>
        </w:rPr>
        <w:t>[Name]</w:t>
      </w:r>
      <w:r>
        <w:t xml:space="preserve"> / Sehr geehrter Herr </w:t>
      </w:r>
      <w:r>
        <w:rPr>
          <w:i/>
          <w:color w:val="9A8BA0"/>
        </w:rPr>
        <w:t>[Name]</w:t>
      </w:r>
      <w:r>
        <w:t>,</w:t>
      </w:r>
    </w:p>
    <w:p>
      <w:r>
        <w:t xml:space="preserve">hiermit beantragen wir für unser Kind </w:t>
      </w:r>
      <w:r>
        <w:rPr>
          <w:i/>
          <w:color w:val="9A8BA0"/>
        </w:rPr>
        <w:t>[Vorname Name]</w:t>
      </w:r>
      <w:r>
        <w:t xml:space="preserve">, Klasse </w:t>
      </w:r>
      <w:r>
        <w:rPr>
          <w:i/>
          <w:color w:val="9A8BA0"/>
        </w:rPr>
        <w:t>[Klasse]</w:t>
      </w:r>
      <w:r>
        <w:t>, die Befreiung von der Teilnahme an der oben genannten Klassenfahrt.</w:t>
      </w:r>
    </w:p>
    <w:p>
      <w:pPr>
        <w:spacing w:before="200" w:after="40"/>
      </w:pPr>
      <w:r>
        <w:rPr>
          <w:b/>
          <w:color w:val="5C3566"/>
        </w:rPr>
        <w:t>Begründung</w:t>
      </w:r>
    </w:p>
    <w:p>
      <w:r>
        <w:rPr>
          <w:i/>
          <w:color w:val="9A8BA0"/>
        </w:rPr>
        <w:t>[Hier steht eure eigene Begründung. Sie muss den Grund so schildern, dass er von außen nachvollziehbar ist: was genau der Fahrt entgegensteht, seit wann, und warum sich das nicht durch eine Anpassung der Fahrt lösen lässt. Schreibt in eigenen Worten und bleibt bei dem, was ihr belegen könnt.]</w:t>
      </w:r>
    </w:p>
    <w:p>
      <w:r>
        <w:t xml:space="preserve">Wir sind zu einem Gespräch über Ziele und Inhalt der Fahrt gern bereit und haben geprüft, ob eine Teilnahme unter angepassten Bedingungen möglich wäre. </w:t>
      </w:r>
      <w:r>
        <w:rPr>
          <w:i/>
          <w:color w:val="9A8BA0"/>
        </w:rPr>
        <w:t>[Falls zutreffend: Wir haben dazu bereits am [Datum]</w:t>
      </w:r>
      <w:r>
        <w:t xml:space="preserve"> mit </w:t>
      </w:r>
      <w:r>
        <w:rPr>
          <w:i/>
          <w:color w:val="9A8BA0"/>
        </w:rPr>
        <w:t>[Name]</w:t>
      </w:r>
      <w:r>
        <w:t xml:space="preserve"> gesprochen.]</w:t>
      </w:r>
    </w:p>
    <w:p>
      <w:r>
        <w:t xml:space="preserve">Uns ist bewusst, dass unser Kind während der Fahrt am Unterricht einer anderen Klasse teilnimmt. Wir bitten um einen schriftlichen Bescheid bis zum </w:t>
      </w:r>
      <w:r>
        <w:rPr>
          <w:i/>
          <w:color w:val="9A8BA0"/>
        </w:rPr>
        <w:t>[Datum]</w:t>
      </w:r>
      <w:r>
        <w:t>, damit wir die Anmeldung fristgerecht zurückziehen können.</w:t>
      </w:r>
    </w:p>
    <w:p>
      <w:r>
        <w:t>Mit freundlichen Grüßen</w:t>
      </w:r>
    </w:p>
    <w:p>
      <w:pPr>
        <w:spacing w:before="520"/>
      </w:pPr>
      <w:r>
        <w:t>____________________________          ____________________________</w:t>
      </w:r>
    </w:p>
    <w:p>
      <w:r>
        <w:rPr>
          <w:color w:val="7A6B80"/>
          <w:sz w:val="16"/>
        </w:rPr>
        <w:t>Unterschrift                                 Unterschrift (zweite sorgeberechtigte Person)</w:t>
      </w:r>
    </w:p>
    <w:p>
      <w:r>
        <w:br w:type="page"/>
      </w:r>
    </w:p>
    <w:p>
      <w:pPr>
        <w:spacing w:before="280" w:after="80"/>
      </w:pPr>
      <w:r>
        <w:rPr>
          <w:b/>
          <w:color w:val="5C3566"/>
          <w:sz w:val="30"/>
        </w:rPr>
        <w:t>Was in die Begründung gehört</w:t>
      </w:r>
    </w:p>
    <w:p>
      <w:r>
        <w:t>Der Antrag wird nicht daran gemessen, wie gut er formuliert ist, sondern ob der Grund nachvollziehbar ist. Gerichte verlangen dafür eine Darlegung von „objektiv nachvollziehbarer" Art und sehen die Befreiung als Ausnahme.</w:t>
      </w:r>
    </w:p>
    <w:p>
      <w:pPr>
        <w:spacing w:before="280" w:after="80"/>
      </w:pPr>
      <w:r>
        <w:rPr>
          <w:b/>
          <w:color w:val="5C3566"/>
          <w:sz w:val="24"/>
        </w:rPr>
        <w:t>Gründe, die tragen</w:t>
      </w:r>
    </w:p>
    <w:p>
      <w:pPr>
        <w:pStyle w:val="ListBullet"/>
        <w:spacing w:after="80"/>
      </w:pPr>
      <w:r>
        <w:t>Gesundheitliche Gründe, belegt durch ein ärztliches Attest. Prüft vorher, ob die Schule die Fahrt anpassen kann: Sie ist gehalten, Teilnahme möglich zu machen.</w:t>
      </w:r>
    </w:p>
    <w:p>
      <w:pPr>
        <w:pStyle w:val="ListBullet"/>
        <w:spacing w:after="80"/>
      </w:pPr>
      <w:r>
        <w:t>Religiöse Gründe, wenn sie konkret und dauerhaft sind und ihr sie schildern könnt.</w:t>
      </w:r>
    </w:p>
    <w:p>
      <w:pPr>
        <w:pStyle w:val="ListBullet"/>
        <w:spacing w:after="80"/>
      </w:pPr>
      <w:r>
        <w:t>Gravierende erzieherische Gründe. Die Hürde ist hoch, ein pädagogischer Konflikt reicht nicht aus.</w:t>
      </w:r>
    </w:p>
    <w:p>
      <w:pPr>
        <w:spacing w:before="280" w:after="80"/>
      </w:pPr>
      <w:r>
        <w:rPr>
          <w:b/>
          <w:color w:val="5C3566"/>
          <w:sz w:val="24"/>
        </w:rPr>
        <w:t>Gründe, die nicht tragen</w:t>
      </w:r>
    </w:p>
    <w:p>
      <w:pPr>
        <w:pStyle w:val="ListBullet"/>
        <w:spacing w:after="80"/>
      </w:pPr>
      <w:r>
        <w:t>Die Kosten. Der finanzielle Aufwand darf ausdrücklich kein Grund dafür sein, dass ein Kind nicht teilnimmt. Dafür gibt es Zuschüsse, und die Schule muss darauf hinwirken.</w:t>
      </w:r>
    </w:p>
    <w:p>
      <w:pPr>
        <w:pStyle w:val="ListBullet"/>
        <w:spacing w:after="80"/>
      </w:pPr>
      <w:r>
        <w:t>Ein geplanter Familienurlaub im selben Zeitraum.</w:t>
      </w:r>
    </w:p>
    <w:p>
      <w:pPr>
        <w:pStyle w:val="ListBullet"/>
        <w:spacing w:after="80"/>
      </w:pPr>
      <w:r>
        <w:t>Das Kind möchte nicht mitfahren.</w:t>
      </w:r>
    </w:p>
    <w:p>
      <w:pPr>
        <w:pStyle w:val="ListBullet"/>
        <w:spacing w:after="80"/>
      </w:pPr>
      <w:r>
        <w:t>Die Eltern halten die Fahrt für überflüssig.</w:t>
      </w:r>
    </w:p>
    <w:p>
      <w:pPr>
        <w:spacing w:before="280" w:after="80"/>
      </w:pPr>
      <w:r>
        <w:rPr>
          <w:b/>
          <w:color w:val="5C3566"/>
          <w:sz w:val="24"/>
        </w:rPr>
        <w:t>Bevor ihr den Antrag stellt</w:t>
      </w:r>
    </w:p>
    <w:p>
      <w:r>
        <w:t>Sprecht mit der Klassenleitung. In vielen Fällen lässt sich die Fahrt so anpassen, dass eine Teilnahme möglich wird, und genau das erwartet das Schulrecht auch: Erst wenn ein Kompromiss gescheitert ist, kommt die Befreiung in Betracht. Wer diesen Schritt auslässt, bekommt den Antrag oft allein deshalb zurück.</w:t>
      </w:r>
    </w:p>
    <w:p>
      <w:pPr>
        <w:spacing w:before="440"/>
      </w:pPr>
      <w:r>
        <w:rPr>
          <w:i/>
          <w:color w:val="9A8BA0"/>
          <w:sz w:val="16"/>
        </w:rPr>
        <w:t>Kostenlose Vorlage von klimpo.de · Weitergeben und verändern erlaubt, verkaufen nicht.</w:t>
      </w:r>
    </w:p>
    <w:sectPr w:rsidR="00FC693F" w:rsidRPr="0006063C" w:rsidSect="00034616">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