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33203A"/>
          <w:sz w:val="34"/>
        </w:rPr>
        <w:t>klimpo</w:t>
      </w:r>
      <w:r>
        <w:rPr>
          <w:color w:val="7A6B80"/>
          <w:sz w:val="18"/>
        </w:rPr>
        <w:t xml:space="preserve">   Einladung zum Elternabend</w:t>
      </w:r>
    </w:p>
    <w:p>
      <w:pPr>
        <w:spacing w:after="280"/>
      </w:pPr>
      <w:r>
        <w:rPr>
          <w:color w:val="C9A6D4"/>
          <w:sz w:val="16"/>
        </w:rPr>
        <w:t>──────────────────────────────────────────────────────────</w:t>
      </w:r>
    </w:p>
    <w:p>
      <w:pPr>
        <w:spacing w:before="280" w:after="80"/>
      </w:pPr>
      <w:r>
        <w:rPr>
          <w:b/>
          <w:color w:val="5C3566"/>
          <w:sz w:val="30"/>
        </w:rPr>
        <w:t>Drei Fassungen</w:t>
      </w:r>
    </w:p>
    <w:p>
      <w:r>
        <w:t>Die erste für den ersten Elternabend im Schuljahr, bei dem gewählt wird. Die zweite für alle weiteren. Die dritte als kurze Nachricht für den Verteiler. Alles in eckigen Klammern wird ersetzt.</w:t>
      </w:r>
    </w:p>
    <w:p>
      <w:r>
        <w:rPr>
          <w:b/>
          <w:color w:val="5C3566"/>
        </w:rPr>
        <w:t>Ladet mindestens sieben Tage vorher ein. Wer drei Tage vorher einlädt, schließt Berufstätige und Alleinerziehende faktisch aus.</w:t>
      </w:r>
    </w:p>
    <w:p>
      <w:r>
        <w:br w:type="page"/>
      </w:r>
    </w:p>
    <w:p>
      <w:pPr>
        <w:spacing w:before="280" w:after="80"/>
      </w:pPr>
      <w:r>
        <w:rPr>
          <w:b/>
          <w:color w:val="5C3566"/>
          <w:sz w:val="30"/>
        </w:rPr>
        <w:t>1. Erster Elternabend im Schuljahr</w:t>
      </w:r>
    </w:p>
    <w:p>
      <w:r>
        <w:t xml:space="preserve">Liebe Eltern der Klasse </w:t>
      </w:r>
      <w:r>
        <w:rPr>
          <w:i/>
          <w:color w:val="9A8BA0"/>
        </w:rPr>
        <w:t>[Klasse]</w:t>
      </w:r>
      <w:r>
        <w:t>,</w:t>
      </w:r>
    </w:p>
    <w:p>
      <w:r>
        <w:t>hiermit lade ich Sie herzlich zum ersten Elternabend in diesem Schuljahr ein.</w:t>
      </w:r>
    </w:p>
    <w:p>
      <w:r>
        <w:t xml:space="preserve">Wann: </w:t>
      </w:r>
      <w:r>
        <w:rPr>
          <w:i/>
          <w:color w:val="9A8BA0"/>
        </w:rPr>
        <w:t>[Wochentag]</w:t>
      </w:r>
      <w:r>
        <w:t xml:space="preserve">, </w:t>
      </w:r>
      <w:r>
        <w:rPr>
          <w:i/>
          <w:color w:val="9A8BA0"/>
        </w:rPr>
        <w:t>[Datum]</w:t>
      </w:r>
      <w:r>
        <w:t xml:space="preserve">, </w:t>
      </w:r>
      <w:r>
        <w:rPr>
          <w:i/>
          <w:color w:val="9A8BA0"/>
        </w:rPr>
        <w:t>[Uhrzeit]</w:t>
      </w:r>
      <w:r>
        <w:t xml:space="preserve"> Uhr</w:t>
        <w:br/>
        <w:t xml:space="preserve">Wo: </w:t>
      </w:r>
      <w:r>
        <w:rPr>
          <w:i/>
          <w:color w:val="9A8BA0"/>
        </w:rPr>
        <w:t>[Raum]</w:t>
      </w:r>
      <w:r>
        <w:t xml:space="preserve">, </w:t>
      </w:r>
      <w:r>
        <w:rPr>
          <w:i/>
          <w:color w:val="9A8BA0"/>
        </w:rPr>
        <w:t>[Schule]</w:t>
      </w:r>
      <w:r>
        <w:br/>
        <w:t xml:space="preserve">Dauer: etwa </w:t>
      </w:r>
      <w:r>
        <w:rPr>
          <w:i/>
          <w:color w:val="9A8BA0"/>
        </w:rPr>
        <w:t>[90]</w:t>
      </w:r>
      <w:r>
        <w:t xml:space="preserve"> Minuten</w:t>
      </w:r>
    </w:p>
    <w:p>
      <w:pPr>
        <w:spacing w:before="200" w:after="40"/>
      </w:pPr>
      <w:r>
        <w:rPr>
          <w:b/>
          <w:color w:val="5C3566"/>
        </w:rPr>
        <w:t>Tagesordnung</w:t>
      </w:r>
    </w:p>
    <w:p>
      <w:pPr>
        <w:pStyle w:val="ListNumber"/>
        <w:spacing w:after="60"/>
      </w:pPr>
      <w:r>
        <w:t>Begrüßung und Vorstellung</w:t>
      </w:r>
    </w:p>
    <w:p>
      <w:pPr>
        <w:pStyle w:val="ListNumber"/>
        <w:spacing w:after="60"/>
      </w:pPr>
      <w:r>
        <w:t>Bericht der Klassenleitung: Klassensituation, Unterricht, Termine</w:t>
      </w:r>
    </w:p>
    <w:p>
      <w:pPr>
        <w:pStyle w:val="ListNumber"/>
        <w:spacing w:after="60"/>
      </w:pPr>
      <w:r>
        <w:t>Wahl der Elternvertretung und der Stellvertretung</w:t>
      </w:r>
    </w:p>
    <w:p>
      <w:pPr>
        <w:pStyle w:val="ListNumber"/>
        <w:spacing w:after="60"/>
      </w:pPr>
      <w:r>
        <w:t>Klassenkasse: Abrechnung des Vorjahres, Beitrag für dieses Jahr, Wahl des Kassenwarts</w:t>
      </w:r>
    </w:p>
    <w:p>
      <w:pPr>
        <w:pStyle w:val="ListNumber"/>
        <w:spacing w:after="60"/>
      </w:pPr>
      <w:r>
        <w:t>Geplante Vorhaben: Ausflüge, Fahrten, Feste</w:t>
      </w:r>
    </w:p>
    <w:p>
      <w:pPr>
        <w:pStyle w:val="ListNumber"/>
        <w:spacing w:after="60"/>
      </w:pPr>
      <w:r>
        <w:t>Verschiedenes</w:t>
      </w:r>
    </w:p>
    <w:p>
      <w:r>
        <w:t xml:space="preserve">Wenn Sie ein Thema besprechen möchten, geben Sie mir bis zum </w:t>
      </w:r>
      <w:r>
        <w:rPr>
          <w:i/>
          <w:color w:val="9A8BA0"/>
        </w:rPr>
        <w:t>[Datum]</w:t>
      </w:r>
      <w:r>
        <w:t xml:space="preserve"> Bescheid, dann nehme ich es auf die Tagesordnung.</w:t>
      </w:r>
    </w:p>
    <w:p>
      <w:r>
        <w:t>Mit freundlichen Grüßen</w:t>
        <w:br/>
      </w:r>
      <w:r>
        <w:rPr>
          <w:i/>
          <w:color w:val="9A8BA0"/>
        </w:rPr>
        <w:t>[Name]</w:t>
      </w:r>
      <w:r>
        <w:t xml:space="preserve">, </w:t>
      </w:r>
      <w:r>
        <w:rPr>
          <w:i/>
          <w:color w:val="9A8BA0"/>
        </w:rPr>
        <w:t>[Klassenleitung oder Elternvertretung]</w:t>
      </w:r>
    </w:p>
    <w:p>
      <w:pPr>
        <w:spacing w:before="360"/>
      </w:pPr>
      <w:r>
        <w:rPr>
          <w:color w:val="9A8BA0"/>
          <w:sz w:val="18"/>
        </w:rPr>
        <w:t xml:space="preserve">✂ – – – – – – – – – – – – – – – – – – – – – – – – – – – – – – – – – – </w:t>
      </w:r>
    </w:p>
    <w:p>
      <w:r>
        <w:rPr>
          <w:b/>
          <w:color w:val="5C3566"/>
        </w:rPr>
        <w:t>Rückmeldung — bitte bis zum [Datum] zurückgeben</w:t>
      </w:r>
    </w:p>
    <w:p>
      <w:r>
        <w:t>Name des Kindes: ______________________________  Klasse: __________</w:t>
        <w:br/>
        <w:br/>
        <w:t>☐  Ich komme.          ☐  Wir kommen zu zweit.          ☐  Ich kann nicht.</w:t>
        <w:br/>
        <w:br/>
        <w:t>☐  Ich würde ein Amt übernehmen. Welches: ______________________________</w:t>
        <w:br/>
        <w:br/>
        <w:t>Unterschrift: ______________________________</w:t>
      </w:r>
    </w:p>
    <w:p>
      <w:r>
        <w:br w:type="page"/>
      </w:r>
    </w:p>
    <w:p>
      <w:pPr>
        <w:spacing w:before="280" w:after="80"/>
      </w:pPr>
      <w:r>
        <w:rPr>
          <w:b/>
          <w:color w:val="5C3566"/>
          <w:sz w:val="30"/>
        </w:rPr>
        <w:t>2. Weiterer Elternabend</w:t>
      </w:r>
    </w:p>
    <w:p>
      <w:r>
        <w:t xml:space="preserve">Liebe Eltern der Klasse </w:t>
      </w:r>
      <w:r>
        <w:rPr>
          <w:i/>
          <w:color w:val="9A8BA0"/>
        </w:rPr>
        <w:t>[Klasse]</w:t>
      </w:r>
      <w:r>
        <w:t>,</w:t>
      </w:r>
    </w:p>
    <w:p>
      <w:r>
        <w:t>ich lade Sie zum nächsten Elternabend ein.</w:t>
      </w:r>
    </w:p>
    <w:p>
      <w:r>
        <w:t xml:space="preserve">Wann: </w:t>
      </w:r>
      <w:r>
        <w:rPr>
          <w:i/>
          <w:color w:val="9A8BA0"/>
        </w:rPr>
        <w:t>[Wochentag]</w:t>
      </w:r>
      <w:r>
        <w:t xml:space="preserve">, </w:t>
      </w:r>
      <w:r>
        <w:rPr>
          <w:i/>
          <w:color w:val="9A8BA0"/>
        </w:rPr>
        <w:t>[Datum]</w:t>
      </w:r>
      <w:r>
        <w:t xml:space="preserve">, </w:t>
      </w:r>
      <w:r>
        <w:rPr>
          <w:i/>
          <w:color w:val="9A8BA0"/>
        </w:rPr>
        <w:t>[Uhrzeit]</w:t>
      </w:r>
      <w:r>
        <w:t xml:space="preserve"> Uhr</w:t>
        <w:br/>
        <w:t xml:space="preserve">Wo: </w:t>
      </w:r>
      <w:r>
        <w:rPr>
          <w:i/>
          <w:color w:val="9A8BA0"/>
        </w:rPr>
        <w:t>[Raum]</w:t>
      </w:r>
      <w:r>
        <w:t xml:space="preserve">, </w:t>
      </w:r>
      <w:r>
        <w:rPr>
          <w:i/>
          <w:color w:val="9A8BA0"/>
        </w:rPr>
        <w:t>[Schule]</w:t>
      </w:r>
      <w:r>
        <w:br/>
        <w:t xml:space="preserve">Dauer: etwa </w:t>
      </w:r>
      <w:r>
        <w:rPr>
          <w:i/>
          <w:color w:val="9A8BA0"/>
        </w:rPr>
        <w:t>[60]</w:t>
      </w:r>
      <w:r>
        <w:t xml:space="preserve"> Minuten</w:t>
      </w:r>
    </w:p>
    <w:p>
      <w:r>
        <w:t xml:space="preserve">Themen: </w:t>
      </w:r>
      <w:r>
        <w:rPr>
          <w:i/>
          <w:color w:val="9A8BA0"/>
        </w:rPr>
        <w:t>[Thema 1]</w:t>
      </w:r>
      <w:r>
        <w:t xml:space="preserve">, </w:t>
      </w:r>
      <w:r>
        <w:rPr>
          <w:i/>
          <w:color w:val="9A8BA0"/>
        </w:rPr>
        <w:t>[Thema 2]</w:t>
      </w:r>
      <w:r>
        <w:t xml:space="preserve">, </w:t>
      </w:r>
      <w:r>
        <w:rPr>
          <w:i/>
          <w:color w:val="9A8BA0"/>
        </w:rPr>
        <w:t>[Thema 3]</w:t>
      </w:r>
      <w:r>
        <w:t>.</w:t>
      </w:r>
    </w:p>
    <w:p>
      <w:r>
        <w:t xml:space="preserve">Haben Sie ein weiteres Anliegen, schreiben Sie mir bis zum </w:t>
      </w:r>
      <w:r>
        <w:rPr>
          <w:i/>
          <w:color w:val="9A8BA0"/>
        </w:rPr>
        <w:t>[Datum]</w:t>
      </w:r>
      <w:r>
        <w:t>.</w:t>
      </w:r>
    </w:p>
    <w:p>
      <w:r>
        <w:t>Mit freundlichen Grüßen</w:t>
        <w:br/>
      </w:r>
      <w:r>
        <w:rPr>
          <w:i/>
          <w:color w:val="9A8BA0"/>
        </w:rPr>
        <w:t>[Name]</w:t>
      </w:r>
    </w:p>
    <w:p>
      <w:r>
        <w:br w:type="page"/>
      </w:r>
    </w:p>
    <w:p>
      <w:pPr>
        <w:spacing w:before="280" w:after="80"/>
      </w:pPr>
      <w:r>
        <w:rPr>
          <w:b/>
          <w:color w:val="5C3566"/>
          <w:sz w:val="30"/>
        </w:rPr>
        <w:t>3. Kurze Nachricht für den Verteiler</w:t>
      </w:r>
    </w:p>
    <w:p>
      <w:pPr>
        <w:spacing w:after="280"/>
      </w:pPr>
      <w:r>
        <w:rPr>
          <w:i/>
          <w:color w:val="7A6B80"/>
          <w:sz w:val="18"/>
        </w:rPr>
        <w:t>Für Mail oder Messenger. Adressen gehören ins BCC, nicht ins An-Feld.</w:t>
      </w:r>
    </w:p>
    <w:p>
      <w:r>
        <w:t xml:space="preserve">Elternabend Klasse </w:t>
      </w:r>
      <w:r>
        <w:rPr>
          <w:i/>
          <w:color w:val="9A8BA0"/>
        </w:rPr>
        <w:t>[Klasse]</w:t>
      </w:r>
      <w:r>
        <w:t xml:space="preserve">: </w:t>
      </w:r>
      <w:r>
        <w:rPr>
          <w:i/>
          <w:color w:val="9A8BA0"/>
        </w:rPr>
        <w:t>[Wochentag]</w:t>
      </w:r>
      <w:r>
        <w:t xml:space="preserve">, </w:t>
      </w:r>
      <w:r>
        <w:rPr>
          <w:i/>
          <w:color w:val="9A8BA0"/>
        </w:rPr>
        <w:t>[Datum]</w:t>
      </w:r>
      <w:r>
        <w:t xml:space="preserve">, </w:t>
      </w:r>
      <w:r>
        <w:rPr>
          <w:i/>
          <w:color w:val="9A8BA0"/>
        </w:rPr>
        <w:t>[Uhrzeit]</w:t>
      </w:r>
      <w:r>
        <w:t xml:space="preserve"> Uhr, </w:t>
      </w:r>
      <w:r>
        <w:rPr>
          <w:i/>
          <w:color w:val="9A8BA0"/>
        </w:rPr>
        <w:t>[Raum]</w:t>
      </w:r>
      <w:r>
        <w:t>.</w:t>
        <w:br/>
        <w:t xml:space="preserve">Themen: </w:t>
      </w:r>
      <w:r>
        <w:rPr>
          <w:i/>
          <w:color w:val="9A8BA0"/>
        </w:rPr>
        <w:t>[Thema 1]</w:t>
      </w:r>
      <w:r>
        <w:t xml:space="preserve">, </w:t>
      </w:r>
      <w:r>
        <w:rPr>
          <w:i/>
          <w:color w:val="9A8BA0"/>
        </w:rPr>
        <w:t>[Thema 2]</w:t>
      </w:r>
      <w:r>
        <w:t>.</w:t>
        <w:br/>
        <w:t xml:space="preserve">Bitte kurz antworten, ob ihr kommt. Wer ein Thema hat, meldet sich bis </w:t>
      </w:r>
      <w:r>
        <w:rPr>
          <w:i/>
          <w:color w:val="9A8BA0"/>
        </w:rPr>
        <w:t>[Datum]</w:t>
      </w:r>
      <w:r>
        <w:t>.</w:t>
      </w:r>
    </w:p>
    <w:p>
      <w:r>
        <w:br w:type="page"/>
      </w:r>
    </w:p>
    <w:p>
      <w:pPr>
        <w:spacing w:before="280" w:after="80"/>
      </w:pPr>
      <w:r>
        <w:rPr>
          <w:b/>
          <w:color w:val="5C3566"/>
          <w:sz w:val="30"/>
        </w:rPr>
        <w:t>Woran Einladungen scheitern</w:t>
      </w:r>
    </w:p>
    <w:p>
      <w:pPr>
        <w:pStyle w:val="ListBullet"/>
        <w:spacing w:after="80"/>
      </w:pPr>
      <w:r>
        <w:t>Zu kurzfristig. Sieben Tage sind das Minimum, zwei Wochen sind besser.</w:t>
      </w:r>
    </w:p>
    <w:p>
      <w:pPr>
        <w:pStyle w:val="ListBullet"/>
        <w:spacing w:after="80"/>
      </w:pPr>
      <w:r>
        <w:t>Keine Uhrzeit für das Ende. Wer nicht weiß, wie lange es dauert, kommt im Zweifel nicht.</w:t>
      </w:r>
    </w:p>
    <w:p>
      <w:pPr>
        <w:pStyle w:val="ListBullet"/>
        <w:spacing w:after="80"/>
      </w:pPr>
      <w:r>
        <w:t>Keine Tagesordnung. „Verschiedenes" allein bringt niemanden aus dem Haus.</w:t>
      </w:r>
    </w:p>
    <w:p>
      <w:pPr>
        <w:pStyle w:val="ListBullet"/>
        <w:spacing w:after="80"/>
      </w:pPr>
      <w:r>
        <w:t>Kein Rückmeldeabschnitt. Ohne ihn wisst ihr vorher nicht, ob zehn oder dreißig kommen.</w:t>
      </w:r>
    </w:p>
    <w:p>
      <w:pPr>
        <w:pStyle w:val="ListBullet"/>
        <w:spacing w:after="80"/>
      </w:pPr>
      <w:r>
        <w:t>Alle Adressen im An-Feld. Damit gebt ihr jede Adresse an alle anderen weiter.</w:t>
      </w:r>
    </w:p>
    <w:p>
      <w:pPr>
        <w:spacing w:before="440"/>
      </w:pPr>
      <w:r>
        <w:rPr>
          <w:i/>
          <w:color w:val="9A8BA0"/>
          <w:sz w:val="16"/>
        </w:rPr>
        <w:t>Kostenlose Vorlage von klimpo.de · Weitergeben und verändern erlaubt, verkaufen nicht.</w:t>
      </w:r>
    </w:p>
    <w:sectPr w:rsidR="00FC693F" w:rsidRPr="0006063C" w:rsidSect="00034616">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