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33203A"/>
          <w:sz w:val="34"/>
        </w:rPr>
        <w:t>klimpo</w:t>
      </w:r>
      <w:r>
        <w:rPr>
          <w:color w:val="7A6B80"/>
          <w:sz w:val="18"/>
        </w:rPr>
        <w:t xml:space="preserve">   Elternabend: Einladung und Protokoll</w:t>
      </w:r>
    </w:p>
    <w:p>
      <w:pPr>
        <w:spacing w:after="280"/>
      </w:pPr>
      <w:r>
        <w:rPr>
          <w:color w:val="C9A6D4"/>
          <w:sz w:val="16"/>
        </w:rPr>
        <w:t>──────────────────────────────────────────────────────────</w:t>
      </w:r>
    </w:p>
    <w:p>
      <w:r>
        <w:rPr>
          <w:b/>
          <w:color w:val="33203A"/>
          <w:sz w:val="40"/>
        </w:rPr>
        <w:t>Einladung zum Elternabend</w:t>
      </w:r>
    </w:p>
    <w:p>
      <w:r>
        <w:t xml:space="preserve">Klasse </w:t>
      </w:r>
      <w:r>
        <w:rPr>
          <w:i/>
          <w:color w:val="9A8BA0"/>
        </w:rPr>
        <w:t>[5b]</w:t>
      </w:r>
      <w:r>
        <w:t xml:space="preserve"> · </w:t>
      </w:r>
      <w:r>
        <w:rPr>
          <w:i/>
          <w:color w:val="9A8BA0"/>
        </w:rPr>
        <w:t>[Datum]</w:t>
      </w:r>
      <w:r>
        <w:t xml:space="preserve"> · </w:t>
      </w:r>
      <w:r>
        <w:rPr>
          <w:i/>
          <w:color w:val="9A8BA0"/>
        </w:rPr>
        <w:t>[19:30 bis 21:00 Uhr]</w:t>
      </w:r>
      <w:r>
        <w:t xml:space="preserve"> · </w:t>
      </w:r>
      <w:r>
        <w:rPr>
          <w:i/>
          <w:color w:val="9A8BA0"/>
        </w:rPr>
        <w:t>[Raum 203]</w:t>
      </w:r>
    </w:p>
    <w:p>
      <w:r>
        <w:t>Liebe Eltern,</w:t>
      </w:r>
    </w:p>
    <w:p>
      <w:r>
        <w:t xml:space="preserve">ich lade euch herzlich zum Elternabend der Klasse </w:t>
      </w:r>
      <w:r>
        <w:rPr>
          <w:i/>
          <w:color w:val="9A8BA0"/>
        </w:rPr>
        <w:t>[5b]</w:t>
      </w:r>
      <w:r>
        <w:t xml:space="preserve"> ein. Wir beginnen um </w:t>
      </w:r>
      <w:r>
        <w:rPr>
          <w:i/>
          <w:color w:val="9A8BA0"/>
        </w:rPr>
        <w:t>[19:30 Uhr]</w:t>
      </w:r>
      <w:r>
        <w:t xml:space="preserve"> und sind um </w:t>
      </w:r>
      <w:r>
        <w:rPr>
          <w:i/>
          <w:color w:val="9A8BA0"/>
        </w:rPr>
        <w:t>[21:00 Uhr]</w:t>
      </w:r>
      <w:r>
        <w:t xml:space="preserve"> fertig.</w:t>
      </w:r>
    </w:p>
    <w:p>
      <w:pPr>
        <w:spacing w:before="280" w:after="80"/>
      </w:pPr>
      <w:r>
        <w:rPr>
          <w:b/>
          <w:color w:val="5C3566"/>
          <w:sz w:val="26"/>
        </w:rPr>
        <w:t>Tagesordnung</w:t>
      </w:r>
    </w:p>
    <w:p>
      <w:r>
        <w:rPr>
          <w:i/>
          <w:color w:val="9A8BA0"/>
        </w:rPr>
        <w:t>[19:30]</w:t>
      </w:r>
      <w:r>
        <w:t xml:space="preserve"> Ankommen und Begrüßung</w:t>
      </w:r>
    </w:p>
    <w:p>
      <w:r>
        <w:rPr>
          <w:i/>
          <w:color w:val="9A8BA0"/>
        </w:rPr>
        <w:t>[19:35]</w:t>
      </w:r>
      <w:r>
        <w:t xml:space="preserve"> Bericht der Klassenleitung</w:t>
      </w:r>
    </w:p>
    <w:p>
      <w:r>
        <w:rPr>
          <w:i/>
          <w:color w:val="9A8BA0"/>
        </w:rPr>
        <w:t>[19:50]</w:t>
      </w:r>
      <w:r>
        <w:t xml:space="preserve"> Termine und Jahresplan</w:t>
      </w:r>
    </w:p>
    <w:p>
      <w:r>
        <w:rPr>
          <w:i/>
          <w:color w:val="9A8BA0"/>
        </w:rPr>
        <w:t>[20:00]</w:t>
      </w:r>
      <w:r>
        <w:t xml:space="preserve"> Klassenkasse: Bericht, Beitrag, Entlastung</w:t>
      </w:r>
    </w:p>
    <w:p>
      <w:r>
        <w:rPr>
          <w:i/>
          <w:color w:val="9A8BA0"/>
        </w:rPr>
        <w:t>[20:15]</w:t>
      </w:r>
      <w:r>
        <w:t xml:space="preserve"> Wahl der Elternvertretung</w:t>
      </w:r>
    </w:p>
    <w:p>
      <w:r>
        <w:rPr>
          <w:i/>
          <w:color w:val="9A8BA0"/>
        </w:rPr>
        <w:t>[20:30]</w:t>
      </w:r>
      <w:r>
        <w:t xml:space="preserve"> Verschiedenes</w:t>
      </w:r>
    </w:p>
    <w:p/>
    <w:p>
      <w:r>
        <w:t>Falls ihr nicht kommen könnt, sagt mir kurz Bescheid. Das Protokoll bekommt ihr in jedem Fall.</w:t>
      </w:r>
    </w:p>
    <w:p>
      <w:r>
        <w:t>Viele Grüße</w:t>
      </w:r>
    </w:p>
    <w:p>
      <w:r>
        <w:rPr>
          <w:i/>
          <w:color w:val="9A8BA0"/>
        </w:rPr>
        <w:t>[Name]</w:t>
      </w:r>
      <w:r>
        <w:t xml:space="preserve"> · </w:t>
      </w:r>
      <w:r>
        <w:rPr>
          <w:i/>
          <w:color w:val="9A8BA0"/>
        </w:rPr>
        <w:t>[Telefon oder Mailadresse]</w:t>
      </w:r>
    </w:p>
    <w:p>
      <w:r>
        <w:br w:type="page"/>
      </w:r>
    </w:p>
    <w:p>
      <w:r>
        <w:rPr>
          <w:b/>
          <w:color w:val="33203A"/>
          <w:sz w:val="40"/>
        </w:rPr>
        <w:t>Protokoll des Elternabends</w:t>
      </w:r>
    </w:p>
    <w:p>
      <w:r>
        <w:t xml:space="preserve">Klasse </w:t>
      </w:r>
      <w:r>
        <w:rPr>
          <w:i/>
          <w:color w:val="9A8BA0"/>
        </w:rPr>
        <w:t>[5b]</w:t>
      </w:r>
      <w:r>
        <w:t xml:space="preserve"> · </w:t>
      </w:r>
      <w:r>
        <w:rPr>
          <w:i/>
          <w:color w:val="9A8BA0"/>
        </w:rPr>
        <w:t>[Datum]</w:t>
      </w:r>
      <w:r>
        <w:t xml:space="preserve"> · </w:t>
      </w:r>
      <w:r>
        <w:rPr>
          <w:i/>
          <w:color w:val="9A8BA0"/>
        </w:rPr>
        <w:t>[19:30 bis 21:05 Uhr]</w:t>
      </w:r>
    </w:p>
    <w:p>
      <w:r>
        <w:t xml:space="preserve">Anwesend: </w:t>
      </w:r>
      <w:r>
        <w:rPr>
          <w:i/>
          <w:color w:val="9A8BA0"/>
        </w:rPr>
        <w:t>[18]</w:t>
      </w:r>
      <w:r>
        <w:t xml:space="preserve"> von </w:t>
      </w:r>
      <w:r>
        <w:rPr>
          <w:i/>
          <w:color w:val="9A8BA0"/>
        </w:rPr>
        <w:t>[24]</w:t>
      </w:r>
      <w:r>
        <w:t xml:space="preserve"> Familien · Protokoll: </w:t>
      </w:r>
      <w:r>
        <w:rPr>
          <w:i/>
          <w:color w:val="9A8BA0"/>
        </w:rPr>
        <w:t>[Name]</w:t>
      </w:r>
    </w:p>
    <w:p>
      <w:r>
        <w:rPr>
          <w:i/>
          <w:color w:val="7A6B80"/>
          <w:sz w:val="18"/>
        </w:rPr>
        <w:t>Namen einzelner Kinder gehören nicht in dieses Protokoll. Auch nicht umschrieben.</w:t>
      </w:r>
    </w:p>
    <w:p>
      <w:pPr>
        <w:spacing w:before="280" w:after="80"/>
      </w:pPr>
      <w:r>
        <w:rPr>
          <w:b/>
          <w:color w:val="5C3566"/>
          <w:sz w:val="26"/>
        </w:rPr>
        <w:t>Beschlüsse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6236"/>
        <w:gridCol w:w="1984"/>
      </w:tblGrid>
      <w:tr>
        <w:tc>
          <w:tcPr>
            <w:tcW w:type="dxa" w:w="4759"/>
          </w:tcPr>
          <w:p>
            <w:r>
              <w:t>Beschluss</w:t>
            </w:r>
          </w:p>
        </w:tc>
        <w:tc>
          <w:tcPr>
            <w:tcW w:type="dxa" w:w="4759"/>
          </w:tcPr>
          <w:p>
            <w:r>
              <w:t>Ergebnis</w:t>
            </w:r>
          </w:p>
        </w:tc>
      </w:tr>
      <w:tr>
        <w:tc>
          <w:tcPr>
            <w:tcW w:type="dxa" w:w="4759"/>
          </w:tcPr>
          <w:p>
            <w:r>
              <w:t>Der Beitrag zur Klassenkasse beträgt [40 Euro] je Kind für das Schuljahr [2026/27].</w:t>
            </w:r>
          </w:p>
        </w:tc>
        <w:tc>
          <w:tcPr>
            <w:tcW w:type="dxa" w:w="4759"/>
          </w:tcPr>
          <w:p>
            <w:r>
              <w:t>[18 ja, 0 nein]</w:t>
            </w:r>
          </w:p>
        </w:tc>
      </w:tr>
      <w:tr>
        <w:tc>
          <w:tcPr>
            <w:tcW w:type="dxa" w:w="4759"/>
          </w:tcPr>
          <w:p>
            <w:r>
              <w:t>Das Geld wird verwendet für [Bastelmaterial, Ausflüge, Feste].</w:t>
            </w:r>
          </w:p>
        </w:tc>
        <w:tc>
          <w:tcPr>
            <w:tcW w:type="dxa" w:w="4759"/>
          </w:tcPr>
          <w:p>
            <w:r>
              <w:t>[einstimmig]</w:t>
            </w:r>
          </w:p>
        </w:tc>
      </w:tr>
      <w:tr>
        <w:tc>
          <w:tcPr>
            <w:tcW w:type="dxa" w:w="4759"/>
          </w:tcPr>
          <w:p>
            <w:r>
              <w:t>Der Restbetrag am Schuljahresende wird [übertragen / zurückgezahlt].</w:t>
            </w:r>
          </w:p>
        </w:tc>
        <w:tc>
          <w:tcPr>
            <w:tcW w:type="dxa" w:w="4759"/>
          </w:tcPr>
          <w:p>
            <w:r>
              <w:t>[einstimmig]</w:t>
            </w:r>
          </w:p>
        </w:tc>
      </w:tr>
      <w:tr>
        <w:tc>
          <w:tcPr>
            <w:tcW w:type="dxa" w:w="4759"/>
          </w:tcPr>
          <w:p>
            <w:r>
              <w:t>Der Kassenwart wird für das Schuljahr [2025/26] entlastet.</w:t>
            </w:r>
          </w:p>
        </w:tc>
        <w:tc>
          <w:tcPr>
            <w:tcW w:type="dxa" w:w="4759"/>
          </w:tcPr>
          <w:p>
            <w:r>
              <w:t>[einstimmig]</w:t>
            </w:r>
          </w:p>
        </w:tc>
      </w:tr>
    </w:tbl>
    <w:p>
      <w:pPr>
        <w:spacing w:before="280" w:after="80"/>
      </w:pPr>
      <w:r>
        <w:rPr>
          <w:b/>
          <w:color w:val="5C3566"/>
          <w:sz w:val="26"/>
        </w:rPr>
        <w:t>Gewählte Ämter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3402"/>
        <w:gridCol w:w="4819"/>
      </w:tblGrid>
      <w:tr>
        <w:tc>
          <w:tcPr>
            <w:tcW w:type="dxa" w:w="4759"/>
          </w:tcPr>
          <w:p>
            <w:r>
              <w:t>Amt</w:t>
            </w:r>
          </w:p>
        </w:tc>
        <w:tc>
          <w:tcPr>
            <w:tcW w:type="dxa" w:w="4759"/>
          </w:tcPr>
          <w:p>
            <w:r>
              <w:t>Name</w:t>
            </w:r>
          </w:p>
        </w:tc>
      </w:tr>
      <w:tr>
        <w:tc>
          <w:tcPr>
            <w:tcW w:type="dxa" w:w="4759"/>
          </w:tcPr>
          <w:p>
            <w:r>
              <w:t>Elternsprecher</w:t>
            </w:r>
          </w:p>
        </w:tc>
        <w:tc>
          <w:tcPr>
            <w:tcW w:type="dxa" w:w="4759"/>
          </w:tcPr>
          <w:p>
            <w:r>
              <w:t>________________________</w:t>
            </w:r>
          </w:p>
        </w:tc>
      </w:tr>
      <w:tr>
        <w:tc>
          <w:tcPr>
            <w:tcW w:type="dxa" w:w="4759"/>
          </w:tcPr>
          <w:p>
            <w:r>
              <w:t>Vertretung</w:t>
            </w:r>
          </w:p>
        </w:tc>
        <w:tc>
          <w:tcPr>
            <w:tcW w:type="dxa" w:w="4759"/>
          </w:tcPr>
          <w:p>
            <w:r>
              <w:t>________________________</w:t>
            </w:r>
          </w:p>
        </w:tc>
      </w:tr>
      <w:tr>
        <w:tc>
          <w:tcPr>
            <w:tcW w:type="dxa" w:w="4759"/>
          </w:tcPr>
          <w:p>
            <w:r>
              <w:t>Kassenwart</w:t>
            </w:r>
          </w:p>
        </w:tc>
        <w:tc>
          <w:tcPr>
            <w:tcW w:type="dxa" w:w="4759"/>
          </w:tcPr>
          <w:p>
            <w:r>
              <w:t>________________________</w:t>
            </w:r>
          </w:p>
        </w:tc>
      </w:tr>
      <w:tr>
        <w:tc>
          <w:tcPr>
            <w:tcW w:type="dxa" w:w="4759"/>
          </w:tcPr>
          <w:p>
            <w:r>
              <w:t>Kassenprüfer 1 und 2</w:t>
            </w:r>
          </w:p>
        </w:tc>
        <w:tc>
          <w:tcPr>
            <w:tcW w:type="dxa" w:w="4759"/>
          </w:tcPr>
          <w:p>
            <w:r>
              <w:t>________________________</w:t>
            </w:r>
          </w:p>
        </w:tc>
      </w:tr>
    </w:tbl>
    <w:p>
      <w:pPr>
        <w:spacing w:before="280" w:after="80"/>
      </w:pPr>
      <w:r>
        <w:rPr>
          <w:b/>
          <w:color w:val="5C3566"/>
          <w:sz w:val="26"/>
        </w:rPr>
        <w:t>Wer übernimmt was</w:t>
      </w:r>
    </w:p>
    <w:p>
      <w:r>
        <w:rPr>
          <w:i/>
          <w:color w:val="9A8BA0"/>
        </w:rPr>
        <w:t>[Name]</w:t>
      </w:r>
      <w:r>
        <w:t xml:space="preserve"> besorgt </w:t>
      </w:r>
      <w:r>
        <w:rPr>
          <w:i/>
          <w:color w:val="9A8BA0"/>
        </w:rPr>
        <w:t>[Material für den Basteltag]</w:t>
      </w:r>
      <w:r>
        <w:t xml:space="preserve"> bis </w:t>
      </w:r>
      <w:r>
        <w:rPr>
          <w:i/>
          <w:color w:val="9A8BA0"/>
        </w:rPr>
        <w:t>[15.11.]</w:t>
      </w:r>
    </w:p>
    <w:p>
      <w:r>
        <w:rPr>
          <w:i/>
          <w:color w:val="9A8BA0"/>
        </w:rPr>
        <w:t>[Name]</w:t>
      </w:r>
      <w:r>
        <w:t xml:space="preserve"> fragt </w:t>
      </w:r>
      <w:r>
        <w:rPr>
          <w:i/>
          <w:color w:val="9A8BA0"/>
        </w:rPr>
        <w:t>[Zuschuss beim Förderverein]</w:t>
      </w:r>
      <w:r>
        <w:t xml:space="preserve"> an bis </w:t>
      </w:r>
      <w:r>
        <w:rPr>
          <w:i/>
          <w:color w:val="9A8BA0"/>
        </w:rPr>
        <w:t>[30.11.]</w:t>
      </w:r>
    </w:p>
    <w:p>
      <w:r>
        <w:rPr>
          <w:i/>
          <w:color w:val="9A8BA0"/>
        </w:rPr>
        <w:t>[Name]</w:t>
      </w:r>
      <w:r>
        <w:t xml:space="preserve"> ____________________________ bis </w:t>
      </w:r>
      <w:r>
        <w:rPr>
          <w:i/>
          <w:color w:val="9A8BA0"/>
        </w:rPr>
        <w:t>[____]</w:t>
      </w:r>
    </w:p>
    <w:p>
      <w:pPr>
        <w:spacing w:before="280" w:after="80"/>
      </w:pPr>
      <w:r>
        <w:rPr>
          <w:b/>
          <w:color w:val="5C3566"/>
          <w:sz w:val="26"/>
        </w:rPr>
        <w:t>Nächster Termin</w:t>
      </w:r>
    </w:p>
    <w:p>
      <w:r>
        <w:t xml:space="preserve">Der nächste Elternabend findet am </w:t>
      </w:r>
      <w:r>
        <w:rPr>
          <w:i/>
          <w:color w:val="9A8BA0"/>
        </w:rPr>
        <w:t>[Datum]</w:t>
      </w:r>
      <w:r>
        <w:t xml:space="preserve"> statt.</w:t>
      </w:r>
    </w:p>
    <w:p>
      <w:pPr>
        <w:spacing w:before="520"/>
      </w:pPr>
      <w:r>
        <w:t>____________________________          ____________________________</w:t>
      </w:r>
    </w:p>
    <w:p>
      <w:r>
        <w:rPr>
          <w:color w:val="7A6B80"/>
          <w:sz w:val="16"/>
        </w:rPr>
        <w:t>Ort, Datum                                   Protokollführung</w:t>
      </w:r>
    </w:p>
    <w:p>
      <w:r>
        <w:br w:type="page"/>
      </w:r>
    </w:p>
    <w:p>
      <w:pPr>
        <w:spacing w:before="280" w:after="80"/>
      </w:pPr>
      <w:r>
        <w:rPr>
          <w:b/>
          <w:color w:val="5C3566"/>
          <w:sz w:val="30"/>
        </w:rPr>
        <w:t>Anwesenheitsliste</w:t>
      </w:r>
    </w:p>
    <w:p>
      <w:r>
        <w:t xml:space="preserve">Elternabend der Klasse </w:t>
      </w:r>
      <w:r>
        <w:rPr>
          <w:i/>
          <w:color w:val="9A8BA0"/>
        </w:rPr>
        <w:t>[Klasse]</w:t>
      </w:r>
      <w:r>
        <w:t xml:space="preserve"> am </w:t>
      </w:r>
      <w:r>
        <w:rPr>
          <w:i/>
          <w:color w:val="9A8BA0"/>
        </w:rPr>
        <w:t>[Datum]</w:t>
      </w:r>
    </w:p>
    <w:p>
      <w:pPr>
        <w:spacing w:after="240"/>
      </w:pPr>
      <w:r>
        <w:rPr>
          <w:i/>
          <w:color w:val="7A6B80"/>
          <w:sz w:val="18"/>
        </w:rPr>
        <w:t>Herumgeben und ausfüllen lassen. Sie gehört zum Protokoll, weil sie belegt, wie viele Familien vertreten waren, als beschlossen wurde.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35"/>
        <w:gridCol w:w="3118"/>
        <w:gridCol w:w="3118"/>
      </w:tblGrid>
      <w:tr>
        <w:tc>
          <w:tcPr>
            <w:tcW w:type="dxa" w:w="3173"/>
          </w:tcPr>
          <w:p>
            <w:r>
              <w:rPr>
                <w:b/>
                <w:color w:val="5C3566"/>
                <w:sz w:val="18"/>
              </w:rPr>
              <w:t>Kind</w:t>
            </w:r>
          </w:p>
        </w:tc>
        <w:tc>
          <w:tcPr>
            <w:tcW w:type="dxa" w:w="3173"/>
          </w:tcPr>
          <w:p>
            <w:r>
              <w:rPr>
                <w:b/>
                <w:color w:val="5C3566"/>
                <w:sz w:val="18"/>
              </w:rPr>
              <w:t>Anwesend (Name)</w:t>
            </w:r>
          </w:p>
        </w:tc>
        <w:tc>
          <w:tcPr>
            <w:tcW w:type="dxa" w:w="3173"/>
          </w:tcPr>
          <w:p>
            <w:r>
              <w:rPr>
                <w:b/>
                <w:color w:val="5C3566"/>
                <w:sz w:val="18"/>
              </w:rPr>
              <w:t>Unterschrift</w:t>
            </w:r>
          </w:p>
        </w:tc>
      </w:tr>
      <w:tr>
        <w:tc>
          <w:tcPr>
            <w:tcW w:type="dxa" w:w="3173"/>
          </w:tcPr>
          <w:p/>
        </w:tc>
        <w:tc>
          <w:tcPr>
            <w:tcW w:type="dxa" w:w="3173"/>
          </w:tcPr>
          <w:p/>
        </w:tc>
        <w:tc>
          <w:tcPr>
            <w:tcW w:type="dxa" w:w="3173"/>
          </w:tcPr>
          <w:p/>
        </w:tc>
      </w:tr>
      <w:tr>
        <w:tc>
          <w:tcPr>
            <w:tcW w:type="dxa" w:w="3173"/>
          </w:tcPr>
          <w:p/>
        </w:tc>
        <w:tc>
          <w:tcPr>
            <w:tcW w:type="dxa" w:w="3173"/>
          </w:tcPr>
          <w:p/>
        </w:tc>
        <w:tc>
          <w:tcPr>
            <w:tcW w:type="dxa" w:w="3173"/>
          </w:tcPr>
          <w:p/>
        </w:tc>
      </w:tr>
      <w:tr>
        <w:tc>
          <w:tcPr>
            <w:tcW w:type="dxa" w:w="3173"/>
          </w:tcPr>
          <w:p/>
        </w:tc>
        <w:tc>
          <w:tcPr>
            <w:tcW w:type="dxa" w:w="3173"/>
          </w:tcPr>
          <w:p/>
        </w:tc>
        <w:tc>
          <w:tcPr>
            <w:tcW w:type="dxa" w:w="3173"/>
          </w:tcPr>
          <w:p/>
        </w:tc>
      </w:tr>
      <w:tr>
        <w:tc>
          <w:tcPr>
            <w:tcW w:type="dxa" w:w="3173"/>
          </w:tcPr>
          <w:p/>
        </w:tc>
        <w:tc>
          <w:tcPr>
            <w:tcW w:type="dxa" w:w="3173"/>
          </w:tcPr>
          <w:p/>
        </w:tc>
        <w:tc>
          <w:tcPr>
            <w:tcW w:type="dxa" w:w="3173"/>
          </w:tcPr>
          <w:p/>
        </w:tc>
      </w:tr>
      <w:tr>
        <w:tc>
          <w:tcPr>
            <w:tcW w:type="dxa" w:w="3173"/>
          </w:tcPr>
          <w:p/>
        </w:tc>
        <w:tc>
          <w:tcPr>
            <w:tcW w:type="dxa" w:w="3173"/>
          </w:tcPr>
          <w:p/>
        </w:tc>
        <w:tc>
          <w:tcPr>
            <w:tcW w:type="dxa" w:w="3173"/>
          </w:tcPr>
          <w:p/>
        </w:tc>
      </w:tr>
      <w:tr>
        <w:tc>
          <w:tcPr>
            <w:tcW w:type="dxa" w:w="3173"/>
          </w:tcPr>
          <w:p/>
        </w:tc>
        <w:tc>
          <w:tcPr>
            <w:tcW w:type="dxa" w:w="3173"/>
          </w:tcPr>
          <w:p/>
        </w:tc>
        <w:tc>
          <w:tcPr>
            <w:tcW w:type="dxa" w:w="3173"/>
          </w:tcPr>
          <w:p/>
        </w:tc>
      </w:tr>
      <w:tr>
        <w:tc>
          <w:tcPr>
            <w:tcW w:type="dxa" w:w="3173"/>
          </w:tcPr>
          <w:p/>
        </w:tc>
        <w:tc>
          <w:tcPr>
            <w:tcW w:type="dxa" w:w="3173"/>
          </w:tcPr>
          <w:p/>
        </w:tc>
        <w:tc>
          <w:tcPr>
            <w:tcW w:type="dxa" w:w="3173"/>
          </w:tcPr>
          <w:p/>
        </w:tc>
      </w:tr>
      <w:tr>
        <w:tc>
          <w:tcPr>
            <w:tcW w:type="dxa" w:w="3173"/>
          </w:tcPr>
          <w:p/>
        </w:tc>
        <w:tc>
          <w:tcPr>
            <w:tcW w:type="dxa" w:w="3173"/>
          </w:tcPr>
          <w:p/>
        </w:tc>
        <w:tc>
          <w:tcPr>
            <w:tcW w:type="dxa" w:w="3173"/>
          </w:tcPr>
          <w:p/>
        </w:tc>
      </w:tr>
      <w:tr>
        <w:tc>
          <w:tcPr>
            <w:tcW w:type="dxa" w:w="3173"/>
          </w:tcPr>
          <w:p/>
        </w:tc>
        <w:tc>
          <w:tcPr>
            <w:tcW w:type="dxa" w:w="3173"/>
          </w:tcPr>
          <w:p/>
        </w:tc>
        <w:tc>
          <w:tcPr>
            <w:tcW w:type="dxa" w:w="3173"/>
          </w:tcPr>
          <w:p/>
        </w:tc>
      </w:tr>
      <w:tr>
        <w:tc>
          <w:tcPr>
            <w:tcW w:type="dxa" w:w="3173"/>
          </w:tcPr>
          <w:p/>
        </w:tc>
        <w:tc>
          <w:tcPr>
            <w:tcW w:type="dxa" w:w="3173"/>
          </w:tcPr>
          <w:p/>
        </w:tc>
        <w:tc>
          <w:tcPr>
            <w:tcW w:type="dxa" w:w="3173"/>
          </w:tcPr>
          <w:p/>
        </w:tc>
      </w:tr>
      <w:tr>
        <w:tc>
          <w:tcPr>
            <w:tcW w:type="dxa" w:w="3173"/>
          </w:tcPr>
          <w:p/>
        </w:tc>
        <w:tc>
          <w:tcPr>
            <w:tcW w:type="dxa" w:w="3173"/>
          </w:tcPr>
          <w:p/>
        </w:tc>
        <w:tc>
          <w:tcPr>
            <w:tcW w:type="dxa" w:w="3173"/>
          </w:tcPr>
          <w:p/>
        </w:tc>
      </w:tr>
      <w:tr>
        <w:tc>
          <w:tcPr>
            <w:tcW w:type="dxa" w:w="3173"/>
          </w:tcPr>
          <w:p/>
        </w:tc>
        <w:tc>
          <w:tcPr>
            <w:tcW w:type="dxa" w:w="3173"/>
          </w:tcPr>
          <w:p/>
        </w:tc>
        <w:tc>
          <w:tcPr>
            <w:tcW w:type="dxa" w:w="3173"/>
          </w:tcPr>
          <w:p/>
        </w:tc>
      </w:tr>
      <w:tr>
        <w:tc>
          <w:tcPr>
            <w:tcW w:type="dxa" w:w="3173"/>
          </w:tcPr>
          <w:p/>
        </w:tc>
        <w:tc>
          <w:tcPr>
            <w:tcW w:type="dxa" w:w="3173"/>
          </w:tcPr>
          <w:p/>
        </w:tc>
        <w:tc>
          <w:tcPr>
            <w:tcW w:type="dxa" w:w="3173"/>
          </w:tcPr>
          <w:p/>
        </w:tc>
      </w:tr>
      <w:tr>
        <w:tc>
          <w:tcPr>
            <w:tcW w:type="dxa" w:w="3173"/>
          </w:tcPr>
          <w:p/>
        </w:tc>
        <w:tc>
          <w:tcPr>
            <w:tcW w:type="dxa" w:w="3173"/>
          </w:tcPr>
          <w:p/>
        </w:tc>
        <w:tc>
          <w:tcPr>
            <w:tcW w:type="dxa" w:w="3173"/>
          </w:tcPr>
          <w:p/>
        </w:tc>
      </w:tr>
      <w:tr>
        <w:tc>
          <w:tcPr>
            <w:tcW w:type="dxa" w:w="3173"/>
          </w:tcPr>
          <w:p/>
        </w:tc>
        <w:tc>
          <w:tcPr>
            <w:tcW w:type="dxa" w:w="3173"/>
          </w:tcPr>
          <w:p/>
        </w:tc>
        <w:tc>
          <w:tcPr>
            <w:tcW w:type="dxa" w:w="3173"/>
          </w:tcPr>
          <w:p/>
        </w:tc>
      </w:tr>
      <w:tr>
        <w:tc>
          <w:tcPr>
            <w:tcW w:type="dxa" w:w="3173"/>
          </w:tcPr>
          <w:p/>
        </w:tc>
        <w:tc>
          <w:tcPr>
            <w:tcW w:type="dxa" w:w="3173"/>
          </w:tcPr>
          <w:p/>
        </w:tc>
        <w:tc>
          <w:tcPr>
            <w:tcW w:type="dxa" w:w="3173"/>
          </w:tcPr>
          <w:p/>
        </w:tc>
      </w:tr>
      <w:tr>
        <w:tc>
          <w:tcPr>
            <w:tcW w:type="dxa" w:w="3173"/>
          </w:tcPr>
          <w:p/>
        </w:tc>
        <w:tc>
          <w:tcPr>
            <w:tcW w:type="dxa" w:w="3173"/>
          </w:tcPr>
          <w:p/>
        </w:tc>
        <w:tc>
          <w:tcPr>
            <w:tcW w:type="dxa" w:w="3173"/>
          </w:tcPr>
          <w:p/>
        </w:tc>
      </w:tr>
      <w:tr>
        <w:tc>
          <w:tcPr>
            <w:tcW w:type="dxa" w:w="3173"/>
          </w:tcPr>
          <w:p/>
        </w:tc>
        <w:tc>
          <w:tcPr>
            <w:tcW w:type="dxa" w:w="3173"/>
          </w:tcPr>
          <w:p/>
        </w:tc>
        <w:tc>
          <w:tcPr>
            <w:tcW w:type="dxa" w:w="3173"/>
          </w:tcPr>
          <w:p/>
        </w:tc>
      </w:tr>
      <w:tr>
        <w:tc>
          <w:tcPr>
            <w:tcW w:type="dxa" w:w="3173"/>
          </w:tcPr>
          <w:p/>
        </w:tc>
        <w:tc>
          <w:tcPr>
            <w:tcW w:type="dxa" w:w="3173"/>
          </w:tcPr>
          <w:p/>
        </w:tc>
        <w:tc>
          <w:tcPr>
            <w:tcW w:type="dxa" w:w="3173"/>
          </w:tcPr>
          <w:p/>
        </w:tc>
      </w:tr>
      <w:tr>
        <w:tc>
          <w:tcPr>
            <w:tcW w:type="dxa" w:w="3173"/>
          </w:tcPr>
          <w:p/>
        </w:tc>
        <w:tc>
          <w:tcPr>
            <w:tcW w:type="dxa" w:w="3173"/>
          </w:tcPr>
          <w:p/>
        </w:tc>
        <w:tc>
          <w:tcPr>
            <w:tcW w:type="dxa" w:w="3173"/>
          </w:tcPr>
          <w:p/>
        </w:tc>
      </w:tr>
    </w:tbl>
    <w:p>
      <w:pPr>
        <w:spacing w:before="200"/>
      </w:pPr>
      <w:r>
        <w:rPr>
          <w:color w:val="33203A"/>
        </w:rPr>
        <w:t>Anwesend waren ______ von ______ Familien.</w:t>
      </w:r>
    </w:p>
    <w:p>
      <w:pPr>
        <w:spacing w:before="440"/>
      </w:pPr>
      <w:r>
        <w:rPr>
          <w:i/>
          <w:color w:val="9A8BA0"/>
          <w:sz w:val="16"/>
        </w:rPr>
        <w:t>Kostenlose Vorlage von klimpo.de · Weitergeben und verändern erlaubt, verkaufen nicht.</w:t>
      </w:r>
    </w:p>
    <w:sectPr w:rsidR="00FC693F" w:rsidRPr="0006063C" w:rsidSect="00034616">
      <w:pgSz w:w="12240" w:h="15840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