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33203A"/>
          <w:sz w:val="34"/>
        </w:rPr>
        <w:t>klimpo</w:t>
      </w:r>
      <w:r>
        <w:rPr>
          <w:color w:val="7A6B80"/>
          <w:sz w:val="18"/>
        </w:rPr>
        <w:t xml:space="preserve">   Sich als Elternbeirat vorstellen</w:t>
      </w:r>
    </w:p>
    <w:p>
      <w:pPr>
        <w:spacing w:after="280"/>
      </w:pPr>
      <w:r>
        <w:rPr>
          <w:color w:val="C9A6D4"/>
          <w:sz w:val="16"/>
        </w:rPr>
        <w:t>──────────────────────────────────────────────────────────</w:t>
      </w:r>
    </w:p>
    <w:p>
      <w:pPr>
        <w:spacing w:before="280" w:after="80"/>
      </w:pPr>
      <w:r>
        <w:rPr>
          <w:b/>
          <w:color w:val="5C3566"/>
          <w:sz w:val="30"/>
        </w:rPr>
        <w:t>Drei Fassungen für drei Anlässe</w:t>
      </w:r>
    </w:p>
    <w:p>
      <w:r>
        <w:t>Nehmt die, die ihr braucht, und löscht die anderen. Alles in eckigen Klammern muss ersetzt werden. Schreibt in eigenen Worten: Eine Vorstellung, die nach Vorlage klingt, fällt genau deshalb auf.</w:t>
      </w:r>
    </w:p>
    <w:p>
      <w:r>
        <w:br w:type="page"/>
      </w:r>
    </w:p>
    <w:p>
      <w:pPr>
        <w:spacing w:before="280" w:after="80"/>
      </w:pPr>
      <w:r>
        <w:rPr>
          <w:b/>
          <w:color w:val="5C3566"/>
          <w:sz w:val="30"/>
        </w:rPr>
        <w:t>1. Aushang an der Tür</w:t>
      </w:r>
    </w:p>
    <w:p>
      <w:pPr>
        <w:spacing w:after="280"/>
      </w:pPr>
      <w:r>
        <w:rPr>
          <w:i/>
          <w:color w:val="7A6B80"/>
          <w:sz w:val="18"/>
        </w:rPr>
        <w:t>Wird im Vorbeigehen gelesen. Fünf Zeilen, ein Foto, fertig.</w:t>
      </w:r>
    </w:p>
    <w:p>
      <w:r>
        <w:t>Ich kandidiere für den Elternbeirat</w:t>
      </w:r>
    </w:p>
    <w:p>
      <w:r>
        <w:rPr>
          <w:i/>
          <w:color w:val="9A8BA0"/>
        </w:rPr>
        <w:t>[Vorname Name]</w:t>
      </w:r>
      <w:r>
        <w:t xml:space="preserve">, Mutter/Vater von </w:t>
      </w:r>
      <w:r>
        <w:rPr>
          <w:i/>
          <w:color w:val="9A8BA0"/>
        </w:rPr>
        <w:t>[Name des Kindes]</w:t>
      </w:r>
      <w:r>
        <w:t xml:space="preserve"> aus der </w:t>
      </w:r>
      <w:r>
        <w:rPr>
          <w:i/>
          <w:color w:val="9A8BA0"/>
        </w:rPr>
        <w:t>[Gruppe]</w:t>
      </w:r>
      <w:r>
        <w:t>.</w:t>
        <w:br/>
        <w:t xml:space="preserve">Bei uns seit </w:t>
      </w:r>
      <w:r>
        <w:rPr>
          <w:i/>
          <w:color w:val="9A8BA0"/>
        </w:rPr>
        <w:t>[Monat Jahr]</w:t>
      </w:r>
      <w:r>
        <w:t>.</w:t>
      </w:r>
    </w:p>
    <w:p>
      <w:r>
        <w:t xml:space="preserve">Ich möchte mich einbringen bei: </w:t>
      </w:r>
      <w:r>
        <w:rPr>
          <w:i/>
          <w:color w:val="9A8BA0"/>
        </w:rPr>
        <w:t>[zwei Dinge, die euch wirklich interessieren, zum Beispiel Feste organisieren, Sprachrohr bei Beitragsfragen sein]</w:t>
      </w:r>
      <w:r>
        <w:t>.</w:t>
      </w:r>
    </w:p>
    <w:p>
      <w:r>
        <w:t xml:space="preserve">Erreichbar unter </w:t>
      </w:r>
      <w:r>
        <w:rPr>
          <w:i/>
          <w:color w:val="9A8BA0"/>
        </w:rPr>
        <w:t>[Mailadresse]</w:t>
      </w:r>
      <w:r>
        <w:t>. Sprecht mich gern an.</w:t>
      </w:r>
    </w:p>
    <w:p>
      <w:r>
        <w:br w:type="page"/>
      </w:r>
    </w:p>
    <w:p>
      <w:pPr>
        <w:spacing w:before="280" w:after="80"/>
      </w:pPr>
      <w:r>
        <w:rPr>
          <w:b/>
          <w:color w:val="5C3566"/>
          <w:sz w:val="30"/>
        </w:rPr>
        <w:t>2. Vorstellung am Elternabend</w:t>
      </w:r>
    </w:p>
    <w:p>
      <w:pPr>
        <w:spacing w:after="280"/>
      </w:pPr>
      <w:r>
        <w:rPr>
          <w:i/>
          <w:color w:val="7A6B80"/>
          <w:sz w:val="18"/>
        </w:rPr>
        <w:t>Gesprochen, etwa eine Minute. Länger hört niemand zu.</w:t>
      </w:r>
    </w:p>
    <w:p>
      <w:r>
        <w:t xml:space="preserve">Mein Name ist </w:t>
      </w:r>
      <w:r>
        <w:rPr>
          <w:i/>
          <w:color w:val="9A8BA0"/>
        </w:rPr>
        <w:t>[Vorname Name]</w:t>
      </w:r>
      <w:r>
        <w:t xml:space="preserve">, ich bin die Mutter / der Vater von </w:t>
      </w:r>
      <w:r>
        <w:rPr>
          <w:i/>
          <w:color w:val="9A8BA0"/>
        </w:rPr>
        <w:t>[Name des Kindes]</w:t>
      </w:r>
      <w:r>
        <w:t xml:space="preserve"> aus der </w:t>
      </w:r>
      <w:r>
        <w:rPr>
          <w:i/>
          <w:color w:val="9A8BA0"/>
        </w:rPr>
        <w:t>[Gruppe]</w:t>
      </w:r>
      <w:r>
        <w:t xml:space="preserve">. Wir sind seit </w:t>
      </w:r>
      <w:r>
        <w:rPr>
          <w:i/>
          <w:color w:val="9A8BA0"/>
        </w:rPr>
        <w:t>[Zeitraum]</w:t>
      </w:r>
      <w:r>
        <w:t xml:space="preserve"> hier.</w:t>
      </w:r>
    </w:p>
    <w:p>
      <w:r>
        <w:t xml:space="preserve">Ich kandidiere für den Elternbeirat, weil </w:t>
      </w:r>
      <w:r>
        <w:rPr>
          <w:i/>
          <w:color w:val="9A8BA0"/>
        </w:rPr>
        <w:t>[ein konkreter Grund, kein allgemeiner. Zum Beispiel: mir bei den letzten Festen aufgefallen ist, dass die Arbeit immer an denselben drei Leuten hängt]</w:t>
      </w:r>
      <w:r>
        <w:t>.</w:t>
      </w:r>
    </w:p>
    <w:p>
      <w:r>
        <w:t xml:space="preserve">Beruflich </w:t>
      </w:r>
      <w:r>
        <w:rPr>
          <w:i/>
          <w:color w:val="9A8BA0"/>
        </w:rPr>
        <w:t>[kurz, ein Halbsatz]</w:t>
      </w:r>
      <w:r>
        <w:t xml:space="preserve">. Das hilft vielleicht bei </w:t>
      </w:r>
      <w:r>
        <w:rPr>
          <w:i/>
          <w:color w:val="9A8BA0"/>
        </w:rPr>
        <w:t>[was daraus tatsächlich folgt, etwa Organisation, Buchhaltung, Gespräche moderieren]</w:t>
      </w:r>
      <w:r>
        <w:t>.</w:t>
      </w:r>
    </w:p>
    <w:p>
      <w:r>
        <w:t xml:space="preserve">Zeit habe ich </w:t>
      </w:r>
      <w:r>
        <w:rPr>
          <w:i/>
          <w:color w:val="9A8BA0"/>
        </w:rPr>
        <w:t>[ehrliche Angabe, zum Beispiel: für die Sitzungen und ein Fest im Jahr]</w:t>
      </w:r>
      <w:r>
        <w:t>. Mehr würde ich nicht schaffen, und das sage ich lieber vorher.</w:t>
      </w:r>
    </w:p>
    <w:p>
      <w:r>
        <w:br w:type="page"/>
      </w:r>
    </w:p>
    <w:p>
      <w:pPr>
        <w:spacing w:before="280" w:after="80"/>
      </w:pPr>
      <w:r>
        <w:rPr>
          <w:b/>
          <w:color w:val="5C3566"/>
          <w:sz w:val="30"/>
        </w:rPr>
        <w:t>3. Schriftliche Bewerbung an die Leitung</w:t>
      </w:r>
    </w:p>
    <w:p>
      <w:pPr>
        <w:spacing w:after="280"/>
      </w:pPr>
      <w:r>
        <w:rPr>
          <w:i/>
          <w:color w:val="7A6B80"/>
          <w:sz w:val="18"/>
        </w:rPr>
        <w:t>Wird gelesen und abgeheftet. Sachlich, mit Anrede und Datum.</w:t>
      </w:r>
    </w:p>
    <w:p>
      <w:r>
        <w:rPr>
          <w:i/>
          <w:color w:val="9A8BA0"/>
        </w:rPr>
        <w:t>[Vorname Name]</w:t>
      </w:r>
      <w:r>
        <w:br/>
      </w:r>
      <w:r>
        <w:rPr>
          <w:i/>
          <w:color w:val="9A8BA0"/>
        </w:rPr>
        <w:t>[Straße]</w:t>
      </w:r>
      <w:r>
        <w:br/>
      </w:r>
      <w:r>
        <w:rPr>
          <w:i/>
          <w:color w:val="9A8BA0"/>
        </w:rPr>
        <w:t>[PLZ Ort]</w:t>
      </w:r>
    </w:p>
    <w:p>
      <w:r>
        <w:t xml:space="preserve">An die Leitung der </w:t>
      </w:r>
      <w:r>
        <w:rPr>
          <w:i/>
          <w:color w:val="9A8BA0"/>
        </w:rPr>
        <w:t>[Name der Einrichtung]</w:t>
      </w:r>
    </w:p>
    <w:p>
      <w:r>
        <w:rPr>
          <w:i/>
          <w:color w:val="9A8BA0"/>
        </w:rPr>
        <w:t>[Ort]</w:t>
      </w:r>
      <w:r>
        <w:t xml:space="preserve">, </w:t>
      </w:r>
      <w:r>
        <w:rPr>
          <w:i/>
          <w:color w:val="9A8BA0"/>
        </w:rPr>
        <w:t>[Datum]</w:t>
      </w:r>
    </w:p>
    <w:p>
      <w:pPr>
        <w:spacing w:before="280" w:after="80"/>
      </w:pPr>
      <w:r>
        <w:rPr>
          <w:b/>
          <w:color w:val="5C3566"/>
          <w:sz w:val="24"/>
        </w:rPr>
        <w:t>Kandidatur für den Elternbeirat</w:t>
      </w:r>
    </w:p>
    <w:p>
      <w:r>
        <w:t xml:space="preserve">Sehr geehrte Frau </w:t>
      </w:r>
      <w:r>
        <w:rPr>
          <w:i/>
          <w:color w:val="9A8BA0"/>
        </w:rPr>
        <w:t>[Name]</w:t>
      </w:r>
      <w:r>
        <w:t xml:space="preserve"> / Sehr geehrter Herr </w:t>
      </w:r>
      <w:r>
        <w:rPr>
          <w:i/>
          <w:color w:val="9A8BA0"/>
        </w:rPr>
        <w:t>[Name]</w:t>
      </w:r>
      <w:r>
        <w:t>,</w:t>
      </w:r>
    </w:p>
    <w:p>
      <w:r>
        <w:t xml:space="preserve">hiermit möchte ich für den Elternbeirat der </w:t>
      </w:r>
      <w:r>
        <w:rPr>
          <w:i/>
          <w:color w:val="9A8BA0"/>
        </w:rPr>
        <w:t>[Einrichtung]</w:t>
      </w:r>
      <w:r>
        <w:t xml:space="preserve"> kandidieren. Mein Kind </w:t>
      </w:r>
      <w:r>
        <w:rPr>
          <w:i/>
          <w:color w:val="9A8BA0"/>
        </w:rPr>
        <w:t>[Name]</w:t>
      </w:r>
      <w:r>
        <w:t xml:space="preserve"> besucht seit </w:t>
      </w:r>
      <w:r>
        <w:rPr>
          <w:i/>
          <w:color w:val="9A8BA0"/>
        </w:rPr>
        <w:t>[Monat Jahr]</w:t>
      </w:r>
      <w:r>
        <w:t xml:space="preserve"> die </w:t>
      </w:r>
      <w:r>
        <w:rPr>
          <w:i/>
          <w:color w:val="9A8BA0"/>
        </w:rPr>
        <w:t>[Gruppe]</w:t>
      </w:r>
      <w:r>
        <w:t>.</w:t>
      </w:r>
    </w:p>
    <w:p>
      <w:r>
        <w:t xml:space="preserve">Ich bringe mich gern ein bei </w:t>
      </w:r>
      <w:r>
        <w:rPr>
          <w:i/>
          <w:color w:val="9A8BA0"/>
        </w:rPr>
        <w:t>[ein bis zwei Themen]</w:t>
      </w:r>
      <w:r>
        <w:t xml:space="preserve">. </w:t>
      </w:r>
      <w:r>
        <w:rPr>
          <w:i/>
          <w:color w:val="9A8BA0"/>
        </w:rPr>
        <w:t>[Ein Satz dazu, warum: eine Beobachtung, eine Erfahrung, ein konkreter Anlass.]</w:t>
      </w:r>
    </w:p>
    <w:p>
      <w:r>
        <w:t xml:space="preserve">Für Rückfragen erreichen Sie mich unter </w:t>
      </w:r>
      <w:r>
        <w:rPr>
          <w:i/>
          <w:color w:val="9A8BA0"/>
        </w:rPr>
        <w:t>[Telefon]</w:t>
      </w:r>
      <w:r>
        <w:t xml:space="preserve"> oder </w:t>
      </w:r>
      <w:r>
        <w:rPr>
          <w:i/>
          <w:color w:val="9A8BA0"/>
        </w:rPr>
        <w:t>[Mailadresse]</w:t>
      </w:r>
      <w:r>
        <w:t>.</w:t>
      </w:r>
    </w:p>
    <w:p>
      <w:r>
        <w:t>Mit freundlichen Grüßen</w:t>
      </w:r>
    </w:p>
    <w:p>
      <w:pPr>
        <w:spacing w:before="440"/>
      </w:pPr>
      <w:r>
        <w:t>____________________________          ____________________________</w:t>
      </w:r>
    </w:p>
    <w:p>
      <w:r>
        <w:rPr>
          <w:color w:val="7A6B80"/>
          <w:sz w:val="16"/>
        </w:rPr>
        <w:t xml:space="preserve">Unterschrift                                 </w:t>
      </w:r>
    </w:p>
    <w:p>
      <w:r>
        <w:br w:type="page"/>
      </w:r>
    </w:p>
    <w:p>
      <w:pPr>
        <w:spacing w:before="280" w:after="80"/>
      </w:pPr>
      <w:r>
        <w:rPr>
          <w:b/>
          <w:color w:val="5C3566"/>
          <w:sz w:val="30"/>
        </w:rPr>
        <w:t>Was hineingehört und was nicht</w:t>
      </w:r>
    </w:p>
    <w:p>
      <w:pPr>
        <w:spacing w:before="280" w:after="80"/>
      </w:pPr>
      <w:r>
        <w:rPr>
          <w:b/>
          <w:color w:val="5C3566"/>
          <w:sz w:val="24"/>
        </w:rPr>
        <w:t>Was überzeugt</w:t>
      </w:r>
    </w:p>
    <w:p>
      <w:pPr>
        <w:pStyle w:val="ListBullet"/>
        <w:spacing w:after="80"/>
      </w:pPr>
      <w:r>
        <w:t>Ein konkreter Anlass statt einer allgemeinen Motivation. „Mir ist aufgefallen, dass …" wirkt, „ich möchte mich engagieren" nicht.</w:t>
      </w:r>
    </w:p>
    <w:p>
      <w:pPr>
        <w:pStyle w:val="ListBullet"/>
        <w:spacing w:after="80"/>
      </w:pPr>
      <w:r>
        <w:t>Eine ehrliche Zeitangabe. Wer zu viel verspricht, fällt im Frühjahr aus.</w:t>
      </w:r>
    </w:p>
    <w:p>
      <w:pPr>
        <w:pStyle w:val="ListBullet"/>
        <w:spacing w:after="80"/>
      </w:pPr>
      <w:r>
        <w:t>Zwei Themen, nicht zehn. Wer für alles zuständig sein will, ist für nichts ansprechbar.</w:t>
      </w:r>
    </w:p>
    <w:p>
      <w:pPr>
        <w:pStyle w:val="ListBullet"/>
        <w:spacing w:after="80"/>
      </w:pPr>
      <w:r>
        <w:t>Der Hinweis, wie man euch erreicht. Erstaunlich oft fehlt er.</w:t>
      </w:r>
    </w:p>
    <w:p>
      <w:pPr>
        <w:spacing w:before="280" w:after="80"/>
      </w:pPr>
      <w:r>
        <w:rPr>
          <w:b/>
          <w:color w:val="5C3566"/>
          <w:sz w:val="24"/>
        </w:rPr>
        <w:t>Was ihr weglassen könnt</w:t>
      </w:r>
    </w:p>
    <w:p>
      <w:pPr>
        <w:pStyle w:val="ListBullet"/>
        <w:spacing w:after="80"/>
      </w:pPr>
      <w:r>
        <w:t>Der Lebenslauf. Es ist keine Bewerbung um eine Stelle.</w:t>
      </w:r>
    </w:p>
    <w:p>
      <w:pPr>
        <w:pStyle w:val="ListBullet"/>
        <w:spacing w:after="80"/>
      </w:pPr>
      <w:r>
        <w:t>Versprechen zu Dingen, über die der Beirat nicht entscheidet: Personal, Pädagogik, Beitragshöhe. Er wird dazu gehört, mehr nicht.</w:t>
      </w:r>
    </w:p>
    <w:p>
      <w:pPr>
        <w:pStyle w:val="ListBullet"/>
        <w:spacing w:after="80"/>
      </w:pPr>
      <w:r>
        <w:t>Kritik an der Einrichtung im Vorstellungstext. Wer mit einer Beschwerde antritt, wird darauf festgelegt.</w:t>
      </w:r>
    </w:p>
    <w:p>
      <w:pPr>
        <w:pStyle w:val="ListBullet"/>
        <w:spacing w:after="80"/>
      </w:pPr>
      <w:r>
        <w:t>Das Foto eures Kindes. Euer eigenes reicht, und auch das nur, wenn ihr es möchtet.</w:t>
      </w:r>
    </w:p>
    <w:p>
      <w:pPr>
        <w:spacing w:before="440"/>
      </w:pPr>
      <w:r>
        <w:rPr>
          <w:i/>
          <w:color w:val="9A8BA0"/>
          <w:sz w:val="16"/>
        </w:rPr>
        <w:t>Kostenlose Vorlage von klimpo.de · Weitergeben und verändern erlaubt, verkaufen nicht.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