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33203A"/>
          <w:sz w:val="34"/>
        </w:rPr>
        <w:t>klimpo</w:t>
      </w:r>
      <w:r>
        <w:rPr>
          <w:color w:val="7A6B80"/>
          <w:sz w:val="18"/>
        </w:rPr>
        <w:t xml:space="preserve">   Elternbriefe zur Klassenkasse</w:t>
      </w:r>
    </w:p>
    <w:p>
      <w:pPr>
        <w:spacing w:after="280"/>
      </w:pPr>
      <w:r>
        <w:rPr>
          <w:color w:val="C9A6D4"/>
          <w:sz w:val="16"/>
        </w:rPr>
        <w:t>──────────────────────────────────────────────────────────</w:t>
      </w:r>
    </w:p>
    <w:p>
      <w:r>
        <w:rPr>
          <w:b/>
          <w:color w:val="33203A"/>
          <w:sz w:val="40"/>
        </w:rPr>
        <w:t>Drei Briefe zur Klassenkasse</w:t>
      </w:r>
    </w:p>
    <w:p>
      <w:r>
        <w:t>Nehmt den, den ihr gerade braucht, und löscht die anderen beiden. Alles in eckigen Klammern muss ersetzt werden.</w:t>
      </w:r>
    </w:p>
    <w:p>
      <w:r>
        <w:br w:type="page"/>
      </w:r>
    </w:p>
    <w:p>
      <w:pPr>
        <w:spacing w:before="280" w:after="80"/>
      </w:pPr>
      <w:r>
        <w:rPr>
          <w:b/>
          <w:color w:val="5C3566"/>
          <w:sz w:val="30"/>
        </w:rPr>
        <w:t>Brief 1 · Die erste Bitte</w:t>
      </w:r>
    </w:p>
    <w:p>
      <w:pPr>
        <w:spacing w:after="280"/>
      </w:pPr>
      <w:r>
        <w:rPr>
          <w:i/>
          <w:color w:val="7A6B80"/>
          <w:sz w:val="18"/>
        </w:rPr>
        <w:t>Am Anfang des Schuljahres, nach dem Elternabend.</w:t>
      </w:r>
    </w:p>
    <w:p>
      <w:r>
        <w:t>Liebe Eltern,</w:t>
      </w:r>
    </w:p>
    <w:p>
      <w:r>
        <w:t>auf dem Elternabend haben wir vereinbart, für dieses Schuljahr eine Klassenkasse einzurichten. Ich führe sie und melde mich, wenn etwas ansteht.</w:t>
      </w:r>
    </w:p>
    <w:p>
      <w:r>
        <w:t xml:space="preserve">Für </w:t>
      </w:r>
      <w:r>
        <w:rPr>
          <w:i/>
          <w:color w:val="9A8BA0"/>
        </w:rPr>
        <w:t>[das Schuljahr 2026/27]</w:t>
      </w:r>
      <w:r>
        <w:t xml:space="preserve"> bitte ich um </w:t>
      </w:r>
      <w:r>
        <w:rPr>
          <w:i/>
          <w:color w:val="9A8BA0"/>
        </w:rPr>
        <w:t>[40 Euro]</w:t>
      </w:r>
      <w:r>
        <w:t xml:space="preserve"> je Kind. Davon bezahlen wir </w:t>
      </w:r>
      <w:r>
        <w:rPr>
          <w:i/>
          <w:color w:val="9A8BA0"/>
        </w:rPr>
        <w:t>[Bastelmaterial, Kopien, kleine Ausflüge und das Sommerfest]</w:t>
      </w:r>
      <w:r>
        <w:t>. Was übrig bleibt, wird am Schuljahresende abgerechnet und geht nicht verloren.</w:t>
      </w:r>
    </w:p>
    <w:p>
      <w:r>
        <w:t xml:space="preserve">Bitte überweist den Betrag bis zum </w:t>
      </w:r>
      <w:r>
        <w:rPr>
          <w:i/>
          <w:color w:val="9A8BA0"/>
        </w:rPr>
        <w:t>[15. Oktober]</w:t>
      </w:r>
      <w:r>
        <w:t xml:space="preserve"> auf:</w:t>
      </w:r>
    </w:p>
    <w:p>
      <w:r>
        <w:rPr>
          <w:i/>
          <w:color w:val="9A8BA0"/>
        </w:rPr>
        <w:t>[Kontoinhaber]</w:t>
      </w:r>
    </w:p>
    <w:p>
      <w:r>
        <w:rPr>
          <w:i/>
          <w:color w:val="9A8BA0"/>
        </w:rPr>
        <w:t>[IBAN]</w:t>
      </w:r>
    </w:p>
    <w:p>
      <w:r>
        <w:t xml:space="preserve">Verwendungszweck: </w:t>
      </w:r>
      <w:r>
        <w:rPr>
          <w:i/>
          <w:color w:val="9A8BA0"/>
        </w:rPr>
        <w:t>[Klasse 5b, Familienname]</w:t>
      </w:r>
    </w:p>
    <w:p>
      <w:r>
        <w:t>Bargeld geht auch. Gebt es eurem Kind einfach in einem Umschlag mit, ich hake es dann ab.</w:t>
      </w:r>
    </w:p>
    <w:p>
      <w:r>
        <w:t>Die Klassenkasse ist freiwillig. Wenn es gerade nicht passt, sagt mir kurz Bescheid, dann finden wir eine Lösung. Kein Kind bleibt deshalb bei etwas außen vor.</w:t>
      </w:r>
    </w:p>
    <w:p>
      <w:r>
        <w:t>Am Ende des Schuljahres lege ich eine Abrechnung vor, aus der hervorgeht, was eingenommen und wofür es ausgegeben wurde.</w:t>
      </w:r>
    </w:p>
    <w:p>
      <w:r>
        <w:t>Viele Grüße</w:t>
      </w:r>
    </w:p>
    <w:p>
      <w:r>
        <w:rPr>
          <w:i/>
          <w:color w:val="9A8BA0"/>
        </w:rPr>
        <w:t>[Name]</w:t>
      </w:r>
    </w:p>
    <w:p>
      <w:r>
        <w:rPr>
          <w:i/>
          <w:color w:val="9A8BA0"/>
        </w:rPr>
        <w:t>[Telefon oder Mailadresse]</w:t>
      </w:r>
    </w:p>
    <w:p>
      <w:r>
        <w:br w:type="page"/>
      </w:r>
    </w:p>
    <w:p>
      <w:pPr>
        <w:spacing w:before="280" w:after="80"/>
      </w:pPr>
      <w:r>
        <w:rPr>
          <w:b/>
          <w:color w:val="5C3566"/>
          <w:sz w:val="30"/>
        </w:rPr>
        <w:t>Brief 2 · Die Erinnerung</w:t>
      </w:r>
    </w:p>
    <w:p>
      <w:pPr>
        <w:spacing w:after="280"/>
      </w:pPr>
      <w:r>
        <w:rPr>
          <w:i/>
          <w:color w:val="7A6B80"/>
          <w:sz w:val="18"/>
        </w:rPr>
        <w:t>Wenn etwas offen ist. Der Ton entscheidet: freundlich, sachlich, ohne Vorwurf.</w:t>
      </w:r>
    </w:p>
    <w:p>
      <w:r>
        <w:t>Liebe Eltern,</w:t>
      </w:r>
    </w:p>
    <w:p>
      <w:r>
        <w:t xml:space="preserve">für die Klassenkasse sind bisher </w:t>
      </w:r>
      <w:r>
        <w:rPr>
          <w:i/>
          <w:color w:val="9A8BA0"/>
        </w:rPr>
        <w:t>[18 von 24]</w:t>
      </w:r>
      <w:r>
        <w:t xml:space="preserve"> Beiträgen eingegangen. Vielen Dank an alle, die schon gezahlt haben.</w:t>
      </w:r>
    </w:p>
    <w:p>
      <w:r>
        <w:t xml:space="preserve">Falls ihr es noch nicht geschafft habt: Der Beitrag beträgt </w:t>
      </w:r>
      <w:r>
        <w:rPr>
          <w:i/>
          <w:color w:val="9A8BA0"/>
        </w:rPr>
        <w:t>[40 Euro]</w:t>
      </w:r>
      <w:r>
        <w:t xml:space="preserve"> je Kind. Ich sammle bis zum </w:t>
      </w:r>
      <w:r>
        <w:rPr>
          <w:i/>
          <w:color w:val="9A8BA0"/>
        </w:rPr>
        <w:t>[30. November]</w:t>
      </w:r>
      <w:r>
        <w:t>, danach rechne ich mit dem, was da ist.</w:t>
      </w:r>
    </w:p>
    <w:p>
      <w:r>
        <w:rPr>
          <w:i/>
          <w:color w:val="9A8BA0"/>
        </w:rPr>
        <w:t>[Kontoinhaber]</w:t>
      </w:r>
    </w:p>
    <w:p>
      <w:r>
        <w:rPr>
          <w:i/>
          <w:color w:val="9A8BA0"/>
        </w:rPr>
        <w:t>[IBAN]</w:t>
      </w:r>
    </w:p>
    <w:p>
      <w:r>
        <w:t xml:space="preserve">Verwendungszweck: </w:t>
      </w:r>
      <w:r>
        <w:rPr>
          <w:i/>
          <w:color w:val="9A8BA0"/>
        </w:rPr>
        <w:t>[Klasse 5b, Familienname]</w:t>
      </w:r>
    </w:p>
    <w:p>
      <w:r>
        <w:t>Wer schon überwiesen hat und diese Erinnerung trotzdem bekommt: Das kann an einem fehlenden Verwendungszweck liegen. Sagt mir kurz Bescheid, dann ordne ich es zu.</w:t>
      </w:r>
    </w:p>
    <w:p>
      <w:r>
        <w:t>Wenn es gerade nicht geht, meldet euch bei mir. Das bleibt unter uns.</w:t>
      </w:r>
    </w:p>
    <w:p>
      <w:r>
        <w:t>Viele Grüße</w:t>
      </w:r>
    </w:p>
    <w:p>
      <w:r>
        <w:rPr>
          <w:i/>
          <w:color w:val="9A8BA0"/>
        </w:rPr>
        <w:t>[Name]</w:t>
      </w:r>
    </w:p>
    <w:p>
      <w:r>
        <w:br w:type="page"/>
      </w:r>
    </w:p>
    <w:p>
      <w:pPr>
        <w:spacing w:before="280" w:after="80"/>
      </w:pPr>
      <w:r>
        <w:rPr>
          <w:b/>
          <w:color w:val="5C3566"/>
          <w:sz w:val="30"/>
        </w:rPr>
        <w:t>Brief 3 · Die Abrechnung</w:t>
      </w:r>
    </w:p>
    <w:p>
      <w:pPr>
        <w:spacing w:after="280"/>
      </w:pPr>
      <w:r>
        <w:rPr>
          <w:i/>
          <w:color w:val="7A6B80"/>
          <w:sz w:val="18"/>
        </w:rPr>
        <w:t>Am Schuljahresende. Das ist der Brief, der Vertrauen erzeugt oder verspielt.</w:t>
      </w:r>
    </w:p>
    <w:p>
      <w:r>
        <w:t>Liebe Eltern,</w:t>
      </w:r>
    </w:p>
    <w:p>
      <w:r>
        <w:t>das Schuljahr ist zu Ende, hier die Abrechnung der Klassenkasse.</w:t>
      </w:r>
    </w:p>
    <w:p>
      <w:r>
        <w:t xml:space="preserve">Eingenommen: </w:t>
      </w:r>
      <w:r>
        <w:rPr>
          <w:i/>
          <w:color w:val="9A8BA0"/>
        </w:rPr>
        <w:t>[960 Euro]</w:t>
      </w:r>
      <w:r>
        <w:t xml:space="preserve"> von </w:t>
      </w:r>
      <w:r>
        <w:rPr>
          <w:i/>
          <w:color w:val="9A8BA0"/>
        </w:rPr>
        <w:t>[24 Familien]</w:t>
      </w:r>
    </w:p>
    <w:p>
      <w:r>
        <w:t xml:space="preserve">Ausgegeben: </w:t>
      </w:r>
      <w:r>
        <w:rPr>
          <w:i/>
          <w:color w:val="9A8BA0"/>
        </w:rPr>
        <w:t>[812,40 Euro]</w:t>
      </w:r>
    </w:p>
    <w:p>
      <w:r>
        <w:t xml:space="preserve">In der Kasse: </w:t>
      </w:r>
      <w:r>
        <w:rPr>
          <w:i/>
          <w:color w:val="9A8BA0"/>
        </w:rPr>
        <w:t>[147,60 Euro]</w:t>
      </w:r>
    </w:p>
    <w:p>
      <w:r>
        <w:t>Ausgegeben haben wir es für:</w:t>
      </w:r>
    </w:p>
    <w:p>
      <w:r>
        <w:rPr>
          <w:i/>
          <w:color w:val="9A8BA0"/>
        </w:rPr>
        <w:t>[Bastelmaterial 124,90 €]</w:t>
      </w:r>
    </w:p>
    <w:p>
      <w:r>
        <w:rPr>
          <w:i/>
          <w:color w:val="9A8BA0"/>
        </w:rPr>
        <w:t>[Eintritt Tierpark 176,00 €]</w:t>
      </w:r>
    </w:p>
    <w:p>
      <w:r>
        <w:rPr>
          <w:i/>
          <w:color w:val="9A8BA0"/>
        </w:rPr>
        <w:t>[Kopien 68,00 €]</w:t>
      </w:r>
    </w:p>
    <w:p>
      <w:r>
        <w:rPr>
          <w:i/>
          <w:color w:val="9A8BA0"/>
        </w:rPr>
        <w:t>[Abschlussfest 443,50 €]</w:t>
      </w:r>
    </w:p>
    <w:p>
      <w:r>
        <w:t>Alle Belege liegen vor und können jederzeit eingesehen werden.</w:t>
      </w:r>
    </w:p>
    <w:p>
      <w:r>
        <w:rPr>
          <w:i/>
          <w:color w:val="9A8BA0"/>
        </w:rPr>
        <w:t>[Der Restbetrag von 147,60 Euro wird ins nächste Schuljahr übernommen.]</w:t>
      </w:r>
    </w:p>
    <w:p>
      <w:r>
        <w:rPr>
          <w:i/>
          <w:color w:val="9A8BA0"/>
        </w:rPr>
        <w:t>[Oder: Der Restbetrag wird zurückgezahlt, das sind 6,15 Euro je Kind. Bitte schickt mir dafür eure Kontonummer.]</w:t>
      </w:r>
    </w:p>
    <w:p>
      <w:r>
        <w:t>Danke für euer Vertrauen und die Geduld mit meinen Erinnerungen.</w:t>
      </w:r>
    </w:p>
    <w:p>
      <w:r>
        <w:t>Viele Grüße</w:t>
      </w:r>
    </w:p>
    <w:p>
      <w:r>
        <w:rPr>
          <w:i/>
          <w:color w:val="9A8BA0"/>
        </w:rPr>
        <w:t>[Name]</w:t>
      </w:r>
    </w:p>
    <w:p>
      <w:pPr>
        <w:spacing w:before="440"/>
      </w:pPr>
      <w:r>
        <w:rPr>
          <w:i/>
          <w:color w:val="9A8BA0"/>
          <w:sz w:val="16"/>
        </w:rPr>
        <w:t>Kostenlose Vorlage von klimpo.de · Weitergeben und verändern erlaubt, verkaufen nicht.</w:t>
      </w:r>
    </w:p>
    <w:sectPr w:rsidR="00FC693F" w:rsidRPr="0006063C" w:rsidSect="00034616"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