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33203A"/>
          <w:sz w:val="34"/>
        </w:rPr>
        <w:t>klimpo</w:t>
      </w:r>
      <w:r>
        <w:rPr>
          <w:color w:val="7A6B80"/>
          <w:sz w:val="18"/>
        </w:rPr>
        <w:t xml:space="preserve">   Kassenbericht der Klassenkasse</w:t>
      </w:r>
    </w:p>
    <w:p>
      <w:pPr>
        <w:spacing w:after="280"/>
      </w:pPr>
      <w:r>
        <w:rPr>
          <w:color w:val="C9A6D4"/>
          <w:sz w:val="16"/>
        </w:rPr>
        <w:t>──────────────────────────────────────────────────────────</w:t>
      </w:r>
    </w:p>
    <w:p>
      <w:r>
        <w:rPr>
          <w:b/>
          <w:color w:val="33203A"/>
          <w:sz w:val="40"/>
        </w:rPr>
        <w:t>Kassenbericht</w:t>
      </w:r>
    </w:p>
    <w:p>
      <w:r>
        <w:rPr>
          <w:i/>
          <w:color w:val="9A8BA0"/>
        </w:rPr>
        <w:t>[Klasse 5b]</w:t>
      </w:r>
      <w:r>
        <w:t xml:space="preserve"> · Schuljahr </w:t>
      </w:r>
      <w:r>
        <w:rPr>
          <w:i/>
          <w:color w:val="9A8BA0"/>
        </w:rPr>
        <w:t>[2026/27]</w:t>
      </w:r>
      <w:r>
        <w:t xml:space="preserve"> · Stand </w:t>
      </w:r>
      <w:r>
        <w:rPr>
          <w:i/>
          <w:color w:val="9A8BA0"/>
        </w:rPr>
        <w:t>[30.06.2027]</w:t>
      </w:r>
    </w:p>
    <w:p>
      <w:pPr>
        <w:spacing w:before="280" w:after="80"/>
      </w:pPr>
      <w:r>
        <w:rPr>
          <w:b/>
          <w:color w:val="5C3566"/>
          <w:sz w:val="26"/>
        </w:rPr>
        <w:t>Kassenstand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02"/>
        <w:gridCol w:w="2835"/>
      </w:tblGrid>
      <w:tr>
        <w:tc>
          <w:tcPr>
            <w:tcW w:type="dxa" w:w="4759"/>
          </w:tcPr>
          <w:p>
            <w:r>
              <w:t>Anfangsbestand</w:t>
            </w:r>
          </w:p>
        </w:tc>
        <w:tc>
          <w:tcPr>
            <w:tcW w:type="dxa" w:w="4759"/>
          </w:tcPr>
          <w:p>
            <w:r>
              <w:t>________ €</w:t>
            </w:r>
          </w:p>
        </w:tc>
      </w:tr>
      <w:tr>
        <w:tc>
          <w:tcPr>
            <w:tcW w:type="dxa" w:w="4759"/>
          </w:tcPr>
          <w:p>
            <w:r>
              <w:t>Eingenommen</w:t>
            </w:r>
          </w:p>
        </w:tc>
        <w:tc>
          <w:tcPr>
            <w:tcW w:type="dxa" w:w="4759"/>
          </w:tcPr>
          <w:p>
            <w:r>
              <w:t>________ €</w:t>
            </w:r>
          </w:p>
        </w:tc>
      </w:tr>
      <w:tr>
        <w:tc>
          <w:tcPr>
            <w:tcW w:type="dxa" w:w="4759"/>
          </w:tcPr>
          <w:p>
            <w:r>
              <w:t>Ausgegeben</w:t>
            </w:r>
          </w:p>
        </w:tc>
        <w:tc>
          <w:tcPr>
            <w:tcW w:type="dxa" w:w="4759"/>
          </w:tcPr>
          <w:p>
            <w:r>
              <w:t>________ €</w:t>
            </w:r>
          </w:p>
        </w:tc>
      </w:tr>
      <w:tr>
        <w:tc>
          <w:tcPr>
            <w:tcW w:type="dxa" w:w="4759"/>
          </w:tcPr>
          <w:p>
            <w:r>
              <w:t>Kassenstand</w:t>
            </w:r>
          </w:p>
        </w:tc>
        <w:tc>
          <w:tcPr>
            <w:tcW w:type="dxa" w:w="4759"/>
          </w:tcPr>
          <w:p>
            <w:r>
              <w:t>________ €</w:t>
            </w:r>
          </w:p>
        </w:tc>
      </w:tr>
      <w:tr>
        <w:tc>
          <w:tcPr>
            <w:tcW w:type="dxa" w:w="4759"/>
          </w:tcPr>
          <w:p>
            <w:r>
              <w:t>davon Guthaben von Familien</w:t>
            </w:r>
          </w:p>
        </w:tc>
        <w:tc>
          <w:tcPr>
            <w:tcW w:type="dxa" w:w="4759"/>
          </w:tcPr>
          <w:p>
            <w:r>
              <w:t>________ €</w:t>
            </w:r>
          </w:p>
        </w:tc>
      </w:tr>
    </w:tbl>
    <w:p>
      <w:pPr>
        <w:spacing w:before="280" w:after="80"/>
      </w:pPr>
      <w:r>
        <w:rPr>
          <w:b/>
          <w:color w:val="5C3566"/>
          <w:sz w:val="26"/>
        </w:rPr>
        <w:t>Was eingenommen wurde</w:t>
      </w:r>
    </w:p>
    <w:p>
      <w:r>
        <w:rPr>
          <w:i/>
          <w:color w:val="9A8BA0"/>
        </w:rPr>
        <w:t>[Jahresbeitrag 40 € × 24 Kinder = 960 €]</w:t>
      </w:r>
    </w:p>
    <w:p>
      <w:r>
        <w:rPr>
          <w:i/>
          <w:color w:val="9A8BA0"/>
        </w:rPr>
        <w:t>[Zoobesuch 8 € × 22 Kinder = 176 €]</w:t>
      </w:r>
    </w:p>
    <w:p>
      <w:r>
        <w:rPr>
          <w:i/>
          <w:color w:val="9A8BA0"/>
        </w:rPr>
        <w:t>[Kuchenbasar im Advent = 214 €]</w:t>
      </w:r>
    </w:p>
    <w:p>
      <w:pPr>
        <w:spacing w:before="280" w:after="80"/>
      </w:pPr>
      <w:r>
        <w:rPr>
          <w:b/>
          <w:color w:val="5C3566"/>
          <w:sz w:val="26"/>
        </w:rPr>
        <w:t>Wofür das Geld ausgegeben wurde</w:t>
      </w:r>
    </w:p>
    <w:p>
      <w:r>
        <w:rPr>
          <w:i/>
          <w:color w:val="9A8BA0"/>
        </w:rPr>
        <w:t>[24.09.2026 · Bastelmaterial · 24,90 €]</w:t>
      </w:r>
    </w:p>
    <w:p>
      <w:r>
        <w:rPr>
          <w:i/>
          <w:color w:val="9A8BA0"/>
        </w:rPr>
        <w:t>[12.05.2027 · Eintritt Tierpark · 176,00 €]</w:t>
      </w:r>
    </w:p>
    <w:p>
      <w:r>
        <w:rPr>
          <w:i/>
          <w:color w:val="9A8BA0"/>
        </w:rPr>
        <w:t>[18.06.2027 · Abschlussfest · 143,50 €]</w:t>
      </w:r>
    </w:p>
    <w:p>
      <w:pPr>
        <w:spacing w:before="280" w:after="80"/>
      </w:pPr>
      <w:r>
        <w:rPr>
          <w:b/>
          <w:color w:val="5C3566"/>
          <w:sz w:val="26"/>
        </w:rPr>
        <w:t>Belege</w:t>
      </w:r>
    </w:p>
    <w:p>
      <w:r>
        <w:t>Alle Belege liegen vollständig vor und wurden geprüft.</w:t>
      </w:r>
    </w:p>
    <w:p>
      <w:r>
        <w:rPr>
          <w:i/>
          <w:color w:val="9A8BA0"/>
        </w:rPr>
        <w:t>[Falls nicht: hier die fehlenden Belege einzeln nennen.]</w:t>
      </w:r>
    </w:p>
    <w:p>
      <w:pPr>
        <w:spacing w:before="280" w:after="80"/>
      </w:pPr>
      <w:r>
        <w:rPr>
          <w:b/>
          <w:color w:val="5C3566"/>
          <w:sz w:val="26"/>
        </w:rPr>
        <w:t>Was mit dem Rest passiert</w:t>
      </w:r>
    </w:p>
    <w:p>
      <w:r>
        <w:rPr>
          <w:i/>
          <w:color w:val="9A8BA0"/>
        </w:rPr>
        <w:t>[Der Restbetrag von ___ € wird ins nächste Schuljahr übernommen.]</w:t>
      </w:r>
    </w:p>
    <w:p>
      <w:r>
        <w:rPr>
          <w:i/>
          <w:color w:val="9A8BA0"/>
        </w:rPr>
        <w:t>[Oder: Der Restbetrag wird anteilig zurückgezahlt, das sind ___ € je Kind.]</w:t>
      </w:r>
    </w:p>
    <w:p>
      <w:pPr>
        <w:spacing w:before="520"/>
      </w:pPr>
      <w:r>
        <w:t>____________________________          ____________________________</w:t>
      </w:r>
    </w:p>
    <w:p>
      <w:r>
        <w:rPr>
          <w:color w:val="7A6B80"/>
          <w:sz w:val="16"/>
        </w:rPr>
        <w:t>Ort, Datum                                   Unterschrift Kassenwart</w:t>
      </w:r>
    </w:p>
    <w:p>
      <w:pPr>
        <w:spacing w:before="400"/>
      </w:pPr>
      <w:r>
        <w:t>____________________________          ____________________________</w:t>
      </w:r>
    </w:p>
    <w:p>
      <w:r>
        <w:rPr>
          <w:color w:val="7A6B80"/>
          <w:sz w:val="16"/>
        </w:rPr>
        <w:t>Kassenprüfer 1                               Kassenprüfer 2</w:t>
      </w:r>
    </w:p>
    <w:p>
      <w:pPr>
        <w:spacing w:before="440"/>
      </w:pPr>
      <w:r>
        <w:rPr>
          <w:i/>
          <w:color w:val="9A8BA0"/>
          <w:sz w:val="16"/>
        </w:rPr>
        <w:t>Kostenlose Vorlage von klimpo.de · Weitergeben und verändern erlaubt, verkaufen nicht.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